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High Capital Group Partner Swipe Pack</w:t>
      </w:r>
    </w:p>
    <w:p>
      <w:r>
        <w:t>Emails, social posts, hooks, ads and a review template for referral partners. Replace YOURNAME in every link with your referral name. Every figure is a target, not a promise. Forex trading carries risk. Questions: support@highcapitalgroup.com</w:t>
      </w:r>
    </w:p>
    <w:p>
      <w:r>
        <w:br w:type="page"/>
      </w:r>
    </w:p>
    <w:p>
      <w:pPr>
        <w:pStyle w:val="Heading1"/>
      </w:pPr>
      <w:r>
        <w:t>The rules</w:t>
      </w:r>
    </w:p>
    <w:p>
      <w:r>
        <w:t>1. Say that you may receive a referral reward wherever your link appears: "I may receive a referral reward if you sign up through my link. It costs you nothing extra."</w:t>
        <w:br/>
        <w:t>2. Every return or drawdown figure is a target. Put the risk wording next to it.</w:t>
        <w:br/>
        <w:t>3. Client money is held with a regulated broker. Never describe High Capital Group itself as regulated.</w:t>
        <w:br/>
        <w:t>4. Never write guaranteed, safe, risk-free or passive income, and never promise a return.</w:t>
        <w:br/>
        <w:t>5. No financial advice: do not tell anyone how much to invest.</w:t>
        <w:br/>
        <w:t>6. Promoting investments is regulated in some countries (for example the UK). Check your local rules and email support first.</w:t>
        <w:br/>
        <w:t>7. No spam, no bought lists, no look-alike domains, no brand bidding without written clearance.</w:t>
      </w:r>
    </w:p>
    <w:p>
      <w:pPr>
        <w:pStyle w:val="Heading2"/>
      </w:pPr>
      <w:r>
        <w:t>Risk wording to copy</w:t>
      </w:r>
    </w:p>
    <w:p>
      <w:r>
        <w:t>Forex trading carries risk and you can lose money. The return and drawdown figures are targets, not promises, and past performance is not a guarantee of future results. Your money is held in your own account with a regulated broker. Only invest money you can afford to lose.</w:t>
      </w:r>
    </w:p>
    <w:p>
      <w:r>
        <w:br w:type="page"/>
      </w:r>
    </w:p>
    <w:p>
      <w:pPr>
        <w:pStyle w:val="Heading1"/>
      </w:pPr>
      <w:r>
        <w:t>Emails: 5-day introduction</w:t>
      </w:r>
    </w:p>
    <w:p>
      <w:r>
        <w:t>Send to a list that has never heard of High Capital Group, one email a day for five days. It tells the founders' story first, then how the money is held, then the checkable numbers, then the practical details.</w:t>
      </w:r>
    </w:p>
    <w:p>
      <w:pPr>
        <w:pStyle w:val="Heading2"/>
      </w:pPr>
      <w:r>
        <w:t>Email 1: The founder's frustration</w:t>
      </w:r>
    </w:p>
    <w:p>
      <w:r>
        <w:t>SUBJECT LINES (pick one):</w:t>
        <w:br/>
        <w:t>- Why the best investments needed 7 figures</w:t>
        <w:br/>
        <w:t>- The investor who got tired of being shut out</w:t>
        <w:br/>
        <w:t>- A small investor's oldest complaint</w:t>
      </w:r>
    </w:p>
    <w:p>
      <w:r>
        <w:t>PREHEADER: Dan Leman spent years looking for one thing. Then he met a trader.</w:t>
      </w:r>
    </w:p>
    <w:p>
      <w:r>
        <w:t>Hi {{FIRST_NAME}},</w:t>
      </w:r>
    </w:p>
    <w:p>
      <w:r>
        <w:t>Have you ever noticed that the investments people talk about in hushed voices always seem to come with a minimum you can't reach?</w:t>
      </w:r>
    </w:p>
    <w:p>
      <w:r>
        <w:t>A man called Dan Leman noticed it for years. He was a full-time investor, so this was his whole working life, and the pattern kept repeating. To get into the best opportunities, you seemed to need multiple 7 figures ready to invest. Everyone else got whatever was left.</w:t>
      </w:r>
    </w:p>
    <w:p>
      <w:r>
        <w:t>Most investors grumble about that and move on. Dan made it his mission to fix it, first for himself and then for other ordinary investors like him. It took him many years, mostly because the top traders he found were happy working for hedge funds and big institutions and had no reason to look at people like you and me.</w:t>
      </w:r>
    </w:p>
    <w:p>
      <w:r>
        <w:t>Then he met a trader who changed the whole picture. I'll tell you about him tomorrow, because he set one condition before he would agree to anything.</w:t>
      </w:r>
    </w:p>
    <w:p>
      <w:r>
        <w:t>The company they started together is called High Capital Group. If you'd like to read Dan's side of the story before tomorrow, it's here:</w:t>
      </w:r>
    </w:p>
    <w:p>
      <w:r>
        <w:t>https://highcapitalgroup.com/about/?ref=YOURNAME</w:t>
      </w:r>
    </w:p>
    <w:p>
      <w:r>
        <w:t>[Add one honest sentence about why you looked into this yourself.]</w:t>
      </w:r>
    </w:p>
    <w:p>
      <w:r>
        <w:t>Talk soon,</w:t>
        <w:br/>
        <w:t>{{YOUR_NAME}}</w:t>
      </w:r>
    </w:p>
    <w:p>
      <w:r>
        <w:t>P.S. They were called Oak Valley Investments when they started, and you'll still see that name on their videos. Same people, same trader.</w:t>
      </w:r>
    </w:p>
    <w:p>
      <w:r>
        <w:t>Disclosure: I may receive a referral reward from High Capital Group if you become a client through my link. It costs you nothing extra.</w:t>
      </w:r>
    </w:p>
    <w:p>
      <w:pPr>
        <w:pStyle w:val="Heading2"/>
      </w:pPr>
      <w:r>
        <w:t>Email 2: The trader who only wanted to trade</w:t>
      </w:r>
    </w:p>
    <w:p>
      <w:r>
        <w:t>SUBJECT LINES (pick one):</w:t>
        <w:br/>
        <w:t>- His one condition</w:t>
        <w:br/>
        <w:t>- Companies paid him just to use his software</w:t>
        <w:br/>
        <w:t>- The trader Dan spent years looking for</w:t>
      </w:r>
    </w:p>
    <w:p>
      <w:r>
        <w:t>PREHEADER: Norman Hart had everything Dan wanted, plus one request.</w:t>
      </w:r>
    </w:p>
    <w:p>
      <w:r>
        <w:t>Hi {{FIRST_NAME}},</w:t>
      </w:r>
    </w:p>
    <w:p>
      <w:r>
        <w:t>Yesterday I left you with Dan Leman, the full-time investor who was tired of seeing the best opportunities kept behind 7-figure minimums.</w:t>
      </w:r>
    </w:p>
    <w:p>
      <w:r>
        <w:t>The man he finally found was Norman Hart.</w:t>
      </w:r>
    </w:p>
    <w:p>
      <w:r>
        <w:t>Norman has an honours degree in economics. His trading skills had been responsible for tens of millions of dollars in investment, and companies had paid him hundreds of thousands of dollars simply to use software he designed. On paper, he was exactly the kind of trader who goes to work for a hedge fund and is never heard of by ordinary investors.</w:t>
      </w:r>
    </w:p>
    <w:p>
      <w:r>
        <w:t>But Norman wanted to help people, and he had one condition before he would join Dan.</w:t>
      </w:r>
    </w:p>
    <w:p>
      <w:r>
        <w:t>All he wanted to do was trade.</w:t>
      </w:r>
    </w:p>
    <w:p>
      <w:r>
        <w:t>Dan was happy to look after everything else, and that is still how High Capital Group works today. Norman trades, and clients copy his trades into their own accounts automatically.</w:t>
      </w:r>
    </w:p>
    <w:p>
      <w:r>
        <w:t>I like that story because the person placing the trades has one job, and he chose it.</w:t>
      </w:r>
    </w:p>
    <w:p>
      <w:r>
        <w:t>[Optional: add a line about what stood out to you in Norman's background.]</w:t>
      </w:r>
    </w:p>
    <w:p>
      <w:r>
        <w:t>You can read how the two of them met here:</w:t>
      </w:r>
    </w:p>
    <w:p>
      <w:r>
        <w:t>https://highcapitalgroup.com/about/?ref=YOURNAME</w:t>
      </w:r>
    </w:p>
    <w:p>
      <w:r>
        <w:t>Tomorrow I'll cover the part most people ask about first, which is where your money actually sits.</w:t>
      </w:r>
    </w:p>
    <w:p>
      <w:r>
        <w:t>{{YOUR_NAME}}</w:t>
      </w:r>
    </w:p>
    <w:p>
      <w:r>
        <w:t>Disclosure: I may receive a referral reward from High Capital Group if you become a client through my link. It costs you nothing extra.</w:t>
      </w:r>
    </w:p>
    <w:p>
      <w:pPr>
        <w:pStyle w:val="Heading2"/>
      </w:pPr>
      <w:r>
        <w:t>Email 3: Where your money sits</w:t>
      </w:r>
    </w:p>
    <w:p>
      <w:r>
        <w:t>SUBJECT LINES (pick one):</w:t>
        <w:br/>
        <w:t>- Who can actually withdraw your money?</w:t>
        <w:br/>
        <w:t>- The question to ask any trading firm</w:t>
        <w:br/>
        <w:t>- You never send them a cent</w:t>
      </w:r>
    </w:p>
    <w:p>
      <w:r>
        <w:t>PREHEADER: High Capital Group never holds client money. Here is how that works.</w:t>
      </w:r>
    </w:p>
    <w:p>
      <w:r>
        <w:t>Hi {{FIRST_NAME}},</w:t>
      </w:r>
    </w:p>
    <w:p>
      <w:r>
        <w:t>The first question anyone should ask about a trading company is the obvious one. If I send them money, what stops it from disappearing?</w:t>
      </w:r>
    </w:p>
    <w:p>
      <w:r>
        <w:t>With High Capital Group, the answer is that you never send them money at all.</w:t>
      </w:r>
    </w:p>
    <w:p>
      <w:r>
        <w:t>You open your own account, in your own name, with a highly reputable forex broker. That broker is regulated, and you deposit your money with the broker. Then you connect the account to copy software, so the trades Norman Hart places are mirrored on your account automatically.</w:t>
      </w:r>
    </w:p>
    <w:p>
      <w:r>
        <w:t>The company can place trades on your account, and it has no access to withdraw a single dollar. Your funds stay with the broker. When you want your money, you withdraw it through the broker whenever you like, because it isn't locked in.</w:t>
      </w:r>
    </w:p>
    <w:p>
      <w:r>
        <w:t>Their FAQ makes a cheeky point about this. Because they only invoice you at the end of the month, after any profit is made, you're the one who could technically walk off without paying, while they have no way to touch your money.</w:t>
      </w:r>
    </w:p>
    <w:p>
      <w:r>
        <w:t>[Add a sentence on how this compares with other investments you've looked at.]</w:t>
      </w:r>
    </w:p>
    <w:p>
      <w:r>
        <w:t>The full set of questions and answers is here:</w:t>
      </w:r>
    </w:p>
    <w:p>
      <w:r>
        <w:t>https://highcapitalgroup.com/faq/?ref=YOURNAME</w:t>
      </w:r>
    </w:p>
    <w:p>
      <w:r>
        <w:t>Tomorrow I'll show you the numbers and, more usefully, where you can check them for yourself.</w:t>
      </w:r>
    </w:p>
    <w:p>
      <w:r>
        <w:t>{{YOUR_NAME}}</w:t>
      </w:r>
    </w:p>
    <w:p>
      <w:r>
        <w:t>P.S. Forex trading carries risk, so this only ever makes sense with money you can afford to lose.</w:t>
      </w:r>
    </w:p>
    <w:p>
      <w:r>
        <w:t>Disclosure: I may receive a referral reward from High Capital Group if you become a client through my link. It costs you nothing extra.</w:t>
      </w:r>
    </w:p>
    <w:p>
      <w:pPr>
        <w:pStyle w:val="Heading2"/>
      </w:pPr>
      <w:r>
        <w:t>Email 4: Numbers you can check yourself</w:t>
      </w:r>
    </w:p>
    <w:p>
      <w:r>
        <w:t>SUBJECT LINES (pick one):</w:t>
        <w:br/>
        <w:t>- 1 losing quarter out of 33</w:t>
        <w:br/>
        <w:t>- Don't take their word for it</w:t>
        <w:br/>
        <w:t>- The numbers, and where to check them</w:t>
      </w:r>
    </w:p>
    <w:p>
      <w:r>
        <w:t>PREHEADER: Their results are verified in real time by a third party.</w:t>
      </w:r>
    </w:p>
    <w:p>
      <w:r>
        <w:t>Hi {{FIRST_NAME}},</w:t>
      </w:r>
    </w:p>
    <w:p>
      <w:r>
        <w:t>Any trading company can put a nice number on a website. What made me pay attention to High Capital Group is that they hand you a way to check theirs.</w:t>
      </w:r>
    </w:p>
    <w:p>
      <w:r>
        <w:t>Their results are verified in real time by FX Blue, an independent third party. The account is listed under their original name, Oak Valley Investments, so don't let that throw you.</w:t>
      </w:r>
    </w:p>
    <w:p>
      <w:r>
        <w:t>Here is what their Past Performance page shows:</w:t>
      </w:r>
    </w:p>
    <w:p>
      <w:r>
        <w:t>A target average monthly return of 10% after fees.</w:t>
        <w:br/>
        <w:t>A target maximum drawdown of 15.0%. (Drawdown is the drop from an account's highest point to its lowest dip.)</w:t>
        <w:br/>
        <w:t>1 losing quarter out of 33 quarters.</w:t>
        <w:br/>
        <w:t>A profit factor of 4.99.</w:t>
      </w:r>
    </w:p>
    <w:p>
      <w:r>
        <w:t>They also add a note that a lot of firms would leave out. Results before 2018 came from their old legacy system, and the current system's record starts in 2018. I'd much rather see that written down than discover it later.</w:t>
      </w:r>
    </w:p>
    <w:p>
      <w:r>
        <w:t>[Add one line on which of these numbers matters most to you, and why.]</w:t>
      </w:r>
    </w:p>
    <w:p>
      <w:r>
        <w:t>Watch the short video and click through to the verification here:</w:t>
      </w:r>
    </w:p>
    <w:p>
      <w:r>
        <w:t>https://highcapitalgroup.com/performance/?ref=YOURNAME</w:t>
      </w:r>
    </w:p>
    <w:p>
      <w:r>
        <w:t>Past performance is not a guarantee of future results, and forex trading carries risk. Only invest money you can afford to lose.</w:t>
      </w:r>
    </w:p>
    <w:p>
      <w:r>
        <w:t>{{YOUR_NAME}}</w:t>
      </w:r>
    </w:p>
    <w:p>
      <w:r>
        <w:t>Disclosure: I may receive a referral reward from High Capital Group if you become a client through my link. It costs you nothing extra.</w:t>
      </w:r>
    </w:p>
    <w:p>
      <w:pPr>
        <w:pStyle w:val="Heading2"/>
      </w:pPr>
      <w:r>
        <w:t>Email 5: Who it suits, and how to start</w:t>
      </w:r>
    </w:p>
    <w:p>
      <w:r>
        <w:t>SUBJECT LINES (pick one):</w:t>
        <w:br/>
        <w:t>- Is this for you? An honest answer</w:t>
        <w:br/>
        <w:t>- From US$1,000, in your own account</w:t>
        <w:br/>
        <w:t>- What it costs and who it suits</w:t>
      </w:r>
    </w:p>
    <w:p>
      <w:r>
        <w:t>PREHEADER: Minimum US$1,000, no upfront fees, and a straight word on risk.</w:t>
      </w:r>
    </w:p>
    <w:p>
      <w:r>
        <w:t>Hi {{FIRST_NAME}},</w:t>
      </w:r>
    </w:p>
    <w:p>
      <w:r>
        <w:t>This is my last email about High Capital Group for now, so I'll keep it practical.</w:t>
      </w:r>
    </w:p>
    <w:p>
      <w:r>
        <w:t>Their own answer to "who is this for?" is short: anyone. They mention high net worth people looking to diversify, professional investors, financial planners and people investing for the very first time. You don't need to know anything about forex, because the trades are copied for you.</w:t>
      </w:r>
    </w:p>
    <w:p>
      <w:r>
        <w:t>The practical details are these.</w:t>
      </w:r>
    </w:p>
    <w:p>
      <w:r>
        <w:t>The minimum is US$1,000, deposited with the broker in your own account.</w:t>
        <w:br/>
        <w:t>You set the account's leverage to at least 30:1.</w:t>
        <w:br/>
        <w:t>The copy software normally costs $19 a month, and their broker covers it for life when you sign up through their link.</w:t>
        <w:br/>
        <w:t>Their fee is 30% of profits, charged only after you make money, with nothing upfront.</w:t>
      </w:r>
    </w:p>
    <w:p>
      <w:r>
        <w:t>Now the part I'd want a friend to tell me. This is an investment, and you can lose money. Their own FAQ says that if you're not comfortable with that, it isn't right for you. So please only use money you can afford to lose, and never borrow to do it.</w:t>
      </w:r>
    </w:p>
    <w:p>
      <w:r>
        <w:t>[If it fits, add a sentence on who in your audience you think this suits best.]</w:t>
      </w:r>
    </w:p>
    <w:p>
      <w:r>
        <w:t>If you've read this far and it feels right for you, choose your region and follow the steps here:</w:t>
      </w:r>
    </w:p>
    <w:p>
      <w:r>
        <w:t>https://highcapitalgroup.com/get-started/?ref=YOURNAME</w:t>
      </w:r>
    </w:p>
    <w:p>
      <w:r>
        <w:t>Thanks for reading along this week,</w:t>
        <w:br/>
        <w:t>{{YOUR_NAME}}</w:t>
      </w:r>
    </w:p>
    <w:p>
      <w:r>
        <w:t>P.S. If you have a question you'd like answered first, their team replies at support@highcapitalgroup.com.</w:t>
      </w:r>
    </w:p>
    <w:p>
      <w:r>
        <w:t>Disclosure: I may receive a referral reward from High Capital Group if you become a client through my link. It costs you nothing extra.</w:t>
      </w:r>
    </w:p>
    <w:p>
      <w:r>
        <w:br w:type="page"/>
      </w:r>
    </w:p>
    <w:p>
      <w:pPr>
        <w:pStyle w:val="Heading1"/>
      </w:pPr>
      <w:r>
        <w:t>Emails: Curiosity emails</w:t>
      </w:r>
    </w:p>
    <w:p>
      <w:r>
        <w:t>Short stand-alone emails that open one question and send the reader to the page that answers it. Use them one at a time, spaced out, to re-introduce High Capital Group to readers who didn't click before.</w:t>
      </w:r>
    </w:p>
    <w:p>
      <w:pPr>
        <w:pStyle w:val="Heading2"/>
      </w:pPr>
      <w:r>
        <w:t>Email 1: The one condition Norman set</w:t>
      </w:r>
    </w:p>
    <w:p>
      <w:r>
        <w:t>SUBJECT LINES (pick one):</w:t>
        <w:br/>
        <w:t>- He had one condition</w:t>
        <w:br/>
        <w:t>- The condition Norman set</w:t>
        <w:br/>
        <w:t>- What would you have asked for?</w:t>
      </w:r>
    </w:p>
    <w:p>
      <w:r>
        <w:t>PREHEADER: A trader good enough for the hedge funds asked for just one thing.</w:t>
      </w:r>
    </w:p>
    <w:p>
      <w:r>
        <w:t>Hi {{FIRST_NAME}},</w:t>
      </w:r>
    </w:p>
    <w:p>
      <w:r>
        <w:t>Picture a trader whose skills had been responsible for tens of millions of dollars in investment, and whose software companies had paid hundreds of thousands of dollars just to use.</w:t>
      </w:r>
    </w:p>
    <w:p>
      <w:r>
        <w:t>Now picture someone asking him to bring that skill to ordinary investors, people with a few thousand dollars to invest instead of a few million.</w:t>
      </w:r>
    </w:p>
    <w:p>
      <w:r>
        <w:t>You'd expect a long list of demands. Norman Hart had one condition.</w:t>
      </w:r>
    </w:p>
    <w:p>
      <w:r>
        <w:t>I won't spoil it here, partly because it's the best line on the page and partly because it tells you a lot about how the company he co-founded is run. It's in the story of how he met Dan Leman:</w:t>
      </w:r>
    </w:p>
    <w:p>
      <w:r>
        <w:t>https://highcapitalgroup.com/about/?ref=YOURNAME</w:t>
      </w:r>
    </w:p>
    <w:p>
      <w:r>
        <w:t>[Add a sentence on what you'd have expected him to ask for.]</w:t>
      </w:r>
    </w:p>
    <w:p>
      <w:r>
        <w:t>{{YOUR_NAME}}</w:t>
      </w:r>
    </w:p>
    <w:p>
      <w:r>
        <w:t>P.S. The company is High Capital Group. Forex trading carries risk, so if you look further, only ever use money you can afford to lose.</w:t>
      </w:r>
    </w:p>
    <w:p>
      <w:r>
        <w:t>Disclosure: I may receive a referral reward from High Capital Group if you become a client through my link. It costs you nothing extra.</w:t>
      </w:r>
    </w:p>
    <w:p>
      <w:pPr>
        <w:pStyle w:val="Heading2"/>
      </w:pPr>
      <w:r>
        <w:t>Email 2: 1 losing quarter out of 33</w:t>
      </w:r>
    </w:p>
    <w:p>
      <w:r>
        <w:t>SUBJECT LINES (pick one):</w:t>
        <w:br/>
        <w:t>- 1 in 33</w:t>
        <w:br/>
        <w:t>- The number I keep coming back to</w:t>
        <w:br/>
        <w:t>- What 33 quarters of trading tell you</w:t>
      </w:r>
    </w:p>
    <w:p>
      <w:r>
        <w:t>PREHEADER: Most people judge an investment by its best month.</w:t>
      </w:r>
    </w:p>
    <w:p>
      <w:r>
        <w:t>Hi {{FIRST_NAME}},</w:t>
      </w:r>
    </w:p>
    <w:p>
      <w:r>
        <w:t>Here's a number I keep coming back to: 1.</w:t>
      </w:r>
    </w:p>
    <w:p>
      <w:r>
        <w:t>That's how many losing quarters High Capital Group shows out of 33 quarters of trading.</w:t>
      </w:r>
    </w:p>
    <w:p>
      <w:r>
        <w:t>Most people judge an investment by its best month. I look at the other end first, how often it has a bad stretch and how deep the bad stretches go, because that's what decides whether you sleep at night. Their target maximum drawdown is 15.0%, alongside a published 10% target monthly return after fees.</w:t>
      </w:r>
    </w:p>
    <w:p>
      <w:r>
        <w:t>What makes the 33 quarters worth your attention is where the record lives. It's verified in real time by a third party, so you can look at it yourself instead of trusting a screenshot.</w:t>
      </w:r>
    </w:p>
    <w:p>
      <w:r>
        <w:t>https://highcapitalgroup.com/performance/?ref=YOURNAME</w:t>
      </w:r>
    </w:p>
    <w:p>
      <w:r>
        <w:t>[Add one sentence on how you usually judge a track record.]</w:t>
      </w:r>
    </w:p>
    <w:p>
      <w:r>
        <w:t>Past performance is not a guarantee of future results, and forex trading carries risk. Only invest money you can afford to lose.</w:t>
      </w:r>
    </w:p>
    <w:p>
      <w:r>
        <w:t>{{YOUR_NAME}}</w:t>
      </w:r>
    </w:p>
    <w:p>
      <w:r>
        <w:t>Disclosure: I may receive a referral reward from High Capital Group if you become a client through my link. It costs you nothing extra.</w:t>
      </w:r>
    </w:p>
    <w:p>
      <w:pPr>
        <w:pStyle w:val="Heading2"/>
      </w:pPr>
      <w:r>
        <w:t>Email 3: Why good investments need 7 figures</w:t>
      </w:r>
    </w:p>
    <w:p>
      <w:r>
        <w:t>SUBJECT LINES (pick one):</w:t>
        <w:br/>
        <w:t>- Why the good stuff needs 7 figures</w:t>
        <w:br/>
        <w:t>- The minimum nobody mentions</w:t>
        <w:br/>
        <w:t>- Who gets the best investments?</w:t>
      </w:r>
    </w:p>
    <w:p>
      <w:r>
        <w:t>PREHEADER: One investor got tired of the answer and went looking for another way.</w:t>
      </w:r>
    </w:p>
    <w:p>
      <w:r>
        <w:t>Hi {{FIRST_NAME}},</w:t>
      </w:r>
    </w:p>
    <w:p>
      <w:r>
        <w:t>Why do the best investments so often want a million dollars before they'll even talk to you?</w:t>
      </w:r>
    </w:p>
    <w:p>
      <w:r>
        <w:t>A big part of it is simple. Top traders have hedge funds and institutions happy to give them large sums, so they rarely bother with smaller investors. A full-time investor named Dan Leman ran into that wall for years, and it frustrated him enough that he set out to get around it.</w:t>
      </w:r>
    </w:p>
    <w:p>
      <w:r>
        <w:t>The way he did it is surprisingly simple. It brings the minimum down to US$1,000 instead of seven figures, and your money never leaves an account in your own name.</w:t>
      </w:r>
    </w:p>
    <w:p>
      <w:r>
        <w:t>The short version is on the High Capital Group home page, with a video:</w:t>
      </w:r>
    </w:p>
    <w:p>
      <w:r>
        <w:t>https://highcapitalgroup.com/?ref=YOURNAME</w:t>
      </w:r>
    </w:p>
    <w:p>
      <w:r>
        <w:t>[Add a line about investments you've been shut out of, if that's true for you.]</w:t>
      </w:r>
    </w:p>
    <w:p>
      <w:r>
        <w:t>Forex trading carries risk, so only ever invest money you can afford to lose.</w:t>
      </w:r>
    </w:p>
    <w:p>
      <w:r>
        <w:t>{{YOUR_NAME}}</w:t>
      </w:r>
    </w:p>
    <w:p>
      <w:r>
        <w:t>Disclosure: I may receive a referral reward from High Capital Group if you become a client through my link. It costs you nothing extra.</w:t>
      </w:r>
    </w:p>
    <w:p>
      <w:pPr>
        <w:pStyle w:val="Heading2"/>
      </w:pPr>
      <w:r>
        <w:t>Email 4: Who holds the money</w:t>
      </w:r>
    </w:p>
    <w:p>
      <w:r>
        <w:t>SUBJECT LINES (pick one):</w:t>
        <w:br/>
        <w:t>- Who holds your money?</w:t>
        <w:br/>
        <w:t>- They can't withdraw a cent</w:t>
        <w:br/>
        <w:t>- You could walk off without paying</w:t>
      </w:r>
    </w:p>
    <w:p>
      <w:r>
        <w:t>PREHEADER: There's a funny twist in their FAQ.</w:t>
      </w:r>
    </w:p>
    <w:p>
      <w:r>
        <w:t>Hi {{FIRST_NAME}},</w:t>
      </w:r>
    </w:p>
    <w:p>
      <w:r>
        <w:t>Quick question. When you invest with a trading firm, who holds the money?</w:t>
      </w:r>
    </w:p>
    <w:p>
      <w:r>
        <w:t>With High Capital Group, the answer is you. Your money sits with a regulated forex broker, in an account opened in your own name, and the company has no access to withdraw any of it.</w:t>
      </w:r>
    </w:p>
    <w:p>
      <w:r>
        <w:t>They can place trades on your account, and that's all they can do.</w:t>
      </w:r>
    </w:p>
    <w:p>
      <w:r>
        <w:t>There's a funny consequence in their FAQ. They bill you at the end of the month, after any profit is made, so if anyone in the arrangement could technically run off with money, it's you. They point that out themselves, which I enjoyed.</w:t>
      </w:r>
    </w:p>
    <w:p>
      <w:r>
        <w:t>Look for the question "How can I be sure you won't just take my money?" here:</w:t>
      </w:r>
    </w:p>
    <w:p>
      <w:r>
        <w:t>https://highcapitalgroup.com/faq/?ref=YOURNAME</w:t>
      </w:r>
    </w:p>
    <w:p>
      <w:r>
        <w:t>[Add a sentence on why this matters to you.]</w:t>
      </w:r>
    </w:p>
    <w:p>
      <w:r>
        <w:t>Forex trading carries risk, and you can lose money. Only invest what you can afford to lose.</w:t>
      </w:r>
    </w:p>
    <w:p>
      <w:r>
        <w:t>{{YOUR_NAME}}</w:t>
      </w:r>
    </w:p>
    <w:p>
      <w:r>
        <w:t>Disclosure: I may receive a referral reward from High Capital Group if you become a client through my link. It costs you nothing extra.</w:t>
      </w:r>
    </w:p>
    <w:p>
      <w:pPr>
        <w:pStyle w:val="Heading2"/>
      </w:pPr>
      <w:r>
        <w:t>Email 5: The $19 a month you won't pay</w:t>
      </w:r>
    </w:p>
    <w:p>
      <w:r>
        <w:t>SUBJECT LINES (pick one):</w:t>
        <w:br/>
        <w:t>- The $19 a month you won't pay</w:t>
        <w:br/>
        <w:t>- A cost that quietly disappears</w:t>
        <w:br/>
        <w:t>- Who pays for the software?</w:t>
      </w:r>
    </w:p>
    <w:p>
      <w:r>
        <w:t>PREHEADER: And the fee rule that stops you paying for a recovery.</w:t>
      </w:r>
    </w:p>
    <w:p>
      <w:r>
        <w:t>Hi {{FIRST_NAME}},</w:t>
      </w:r>
    </w:p>
    <w:p>
      <w:r>
        <w:t>The software that copies High Capital Group's trades into a client's account normally costs $19 a month.</w:t>
      </w:r>
    </w:p>
    <w:p>
      <w:r>
        <w:t>Clients who sign up with the broker through High Capital Group's link don't pay it. The broker covers the whole cost, for life.</w:t>
      </w:r>
    </w:p>
    <w:p>
      <w:r>
        <w:t>That's a small thing, but it tells you something about how the deal is put together. The only other cost is 30% of profits, charged only after you make money and worked out on what's called a high water mark. That last part is worth understanding, because it means you don't pay fees on gains that only win back an earlier dip.</w:t>
      </w:r>
    </w:p>
    <w:p>
      <w:r>
        <w:t>There's a worked example with real numbers in the FAQ. Look for the question about the high water mark:</w:t>
      </w:r>
    </w:p>
    <w:p>
      <w:r>
        <w:t>https://highcapitalgroup.com/faq/?ref=YOURNAME</w:t>
      </w:r>
    </w:p>
    <w:p>
      <w:r>
        <w:t>[Add a sentence on fees you've paid elsewhere, if you want the contrast.]</w:t>
      </w:r>
    </w:p>
    <w:p>
      <w:r>
        <w:t>Forex trading carries risk. Only invest money you can afford to lose.</w:t>
      </w:r>
    </w:p>
    <w:p>
      <w:r>
        <w:t>{{YOUR_NAME}}</w:t>
      </w:r>
    </w:p>
    <w:p>
      <w:r>
        <w:t>Disclosure: I may receive a referral reward from High Capital Group if you become a client through my link. It costs you nothing extra.</w:t>
      </w:r>
    </w:p>
    <w:p>
      <w:pPr>
        <w:pStyle w:val="Heading2"/>
      </w:pPr>
      <w:r>
        <w:t>Email 6: Three techniques they refuse to use</w:t>
      </w:r>
    </w:p>
    <w:p>
      <w:r>
        <w:t>SUBJECT LINES (pick one):</w:t>
        <w:br/>
        <w:t>- No, No and absolutely NOT</w:t>
        <w:br/>
        <w:t>- 3 techniques this trader won't touch</w:t>
        <w:br/>
        <w:t>- The answer written in capitals</w:t>
      </w:r>
    </w:p>
    <w:p>
      <w:r>
        <w:t>PREHEADER: One FAQ answer has three exclamation marks. Here's why.</w:t>
      </w:r>
    </w:p>
    <w:p>
      <w:r>
        <w:t>Hi {{FIRST_NAME}},</w:t>
      </w:r>
    </w:p>
    <w:p>
      <w:r>
        <w:t>There's one answer in High Capital Group's FAQ written in capital letters with three exclamation marks.</w:t>
      </w:r>
    </w:p>
    <w:p>
      <w:r>
        <w:t>The question was whether they use martingale, grid or hedging techniques. Their answer: "No, No and absolutely NOT!!!"</w:t>
      </w:r>
    </w:p>
    <w:p>
      <w:r>
        <w:t>If those words mean nothing to you, here's why it matters. They're methods that can make an account look steady for a long time, right up until it isn't. The firm calls them the fastest way to blow up an account, and says you will never see them in its trading under any circumstances.</w:t>
      </w:r>
    </w:p>
    <w:p>
      <w:r>
        <w:t>I find a strong opinion like that more reassuring than any glossy promise, because it tells you what they're protecting your account against.</w:t>
      </w:r>
    </w:p>
    <w:p>
      <w:r>
        <w:t>Their other answers are just as direct:</w:t>
      </w:r>
    </w:p>
    <w:p>
      <w:r>
        <w:t>https://highcapitalgroup.com/faq/?ref=YOURNAME</w:t>
      </w:r>
    </w:p>
    <w:p>
      <w:r>
        <w:t>[Add a sentence on what you look for before trusting a trader.]</w:t>
      </w:r>
    </w:p>
    <w:p>
      <w:r>
        <w:t>Forex trading carries risk, so please only invest money you can afford to lose.</w:t>
      </w:r>
    </w:p>
    <w:p>
      <w:r>
        <w:t>{{YOUR_NAME}}</w:t>
      </w:r>
    </w:p>
    <w:p>
      <w:r>
        <w:t>Disclosure: I may receive a referral reward from High Capital Group if you become a client through my link. It costs you nothing extra.</w:t>
      </w:r>
    </w:p>
    <w:p>
      <w:r>
        <w:br w:type="page"/>
      </w:r>
    </w:p>
    <w:p>
      <w:pPr>
        <w:pStyle w:val="Heading1"/>
      </w:pPr>
      <w:r>
        <w:t>Emails: Proof emails</w:t>
      </w:r>
    </w:p>
    <w:p>
      <w:r>
        <w:t>For careful readers who want to check before they believe. Each email points to one thing they can verify for themselves, from the third-party results to the fee structure.</w:t>
      </w:r>
    </w:p>
    <w:p>
      <w:pPr>
        <w:pStyle w:val="Heading2"/>
      </w:pPr>
      <w:r>
        <w:t>Email 1: Verified by someone else</w:t>
      </w:r>
    </w:p>
    <w:p>
      <w:r>
        <w:t>SUBJECT LINES (pick one):</w:t>
        <w:br/>
        <w:t>- Don't trust their numbers. Check them.</w:t>
        <w:br/>
        <w:t>- Verified in real time, by someone else</w:t>
        <w:br/>
        <w:t>- Where to check a trader's record</w:t>
      </w:r>
    </w:p>
    <w:p>
      <w:r>
        <w:t>PREHEADER: The one question that sorts trading services fast.</w:t>
      </w:r>
    </w:p>
    <w:p>
      <w:r>
        <w:t>Hi {{FIRST_NAME}},</w:t>
      </w:r>
    </w:p>
    <w:p>
      <w:r>
        <w:t>The fastest way to sort trading services is to ask one question: who verified the results?</w:t>
      </w:r>
    </w:p>
    <w:p>
      <w:r>
        <w:t>If the answer is "we did", I move on. High Capital Group's answer is FX Blue, a third party that tracks the account in real time. It's listed under Oak Valley Investments, the name the company started under.</w:t>
      </w:r>
    </w:p>
    <w:p>
      <w:r>
        <w:t>On their Past Performance page you'll find a short video and a link straight to the verification. The headline figures there are a 10% target monthly return after fees, a 15.0% target maximum drawdown, 1 losing quarter out of 33 and a profit factor of 4.99.</w:t>
      </w:r>
    </w:p>
    <w:p>
      <w:r>
        <w:t>Don't take my word for any of that, and don't take theirs either. Click through and look at it yourself:</w:t>
      </w:r>
    </w:p>
    <w:p>
      <w:r>
        <w:t>https://highcapitalgroup.com/performance/?ref=YOURNAME</w:t>
      </w:r>
    </w:p>
    <w:p>
      <w:r>
        <w:t>[Add one honest sentence about what you noticed when you checked the record.]</w:t>
      </w:r>
    </w:p>
    <w:p>
      <w:r>
        <w:t>Past performance is not a guarantee of future results, and forex trading carries risk. Only invest money you can afford to lose.</w:t>
      </w:r>
    </w:p>
    <w:p>
      <w:r>
        <w:t>{{YOUR_NAME}}</w:t>
      </w:r>
    </w:p>
    <w:p>
      <w:r>
        <w:t>Disclosure: I may receive a referral reward from High Capital Group if you become a client through my link. It costs you nothing extra.</w:t>
      </w:r>
    </w:p>
    <w:p>
      <w:pPr>
        <w:pStyle w:val="Heading2"/>
      </w:pPr>
      <w:r>
        <w:t>Email 2: Paid only after you profit</w:t>
      </w:r>
    </w:p>
    <w:p>
      <w:r>
        <w:t>SUBJECT LINES (pick one):</w:t>
        <w:br/>
        <w:t>- They get paid after you do</w:t>
        <w:br/>
        <w:t>- No profit, no fee</w:t>
        <w:br/>
        <w:t>- The fee rule I wish everyone used</w:t>
      </w:r>
    </w:p>
    <w:p>
      <w:r>
        <w:t>PREHEADER: A worked example of the high water mark, in plain numbers.</w:t>
      </w:r>
    </w:p>
    <w:p>
      <w:r>
        <w:t>Hi {{FIRST_NAME}},</w:t>
      </w:r>
    </w:p>
    <w:p>
      <w:r>
        <w:t>Plenty of investment fees come out whether you made money or not. High Capital Group's fee only exists once you have.</w:t>
      </w:r>
    </w:p>
    <w:p>
      <w:r>
        <w:t>It's 30% of profits, charged after the profit is made, with no upfront fees. It's also worked out on a high water mark, which their FAQ explains with an example I'll borrow.</w:t>
      </w:r>
    </w:p>
    <w:p>
      <w:r>
        <w:t>Say you invest $5,000 and make $1,000 in month one. You pay 30%, which is $300.</w:t>
      </w:r>
    </w:p>
    <w:p>
      <w:r>
        <w:t>Say month two is down $200. There was no profit, so there's no fee.</w:t>
      </w:r>
    </w:p>
    <w:p>
      <w:r>
        <w:t>In month three you make $1,000 again. You're only $800 above your previous high, so you pay 30% of $800, which is $240.</w:t>
      </w:r>
    </w:p>
    <w:p>
      <w:r>
        <w:t>So you never pay a fee for simply getting back to where you were, and the firm's income rises and falls with yours.</w:t>
      </w:r>
    </w:p>
    <w:p>
      <w:r>
        <w:t>[Add a sentence comparing this with a fee you've paid elsewhere.]</w:t>
      </w:r>
    </w:p>
    <w:p>
      <w:r>
        <w:t>The full worked example is in their FAQ:</w:t>
      </w:r>
    </w:p>
    <w:p>
      <w:r>
        <w:t>https://highcapitalgroup.com/faq/?ref=YOURNAME</w:t>
      </w:r>
    </w:p>
    <w:p>
      <w:r>
        <w:t>Forex trading carries risk, and you can lose money. Only invest what you can afford to lose.</w:t>
      </w:r>
    </w:p>
    <w:p>
      <w:r>
        <w:t>{{YOUR_NAME}}</w:t>
      </w:r>
    </w:p>
    <w:p>
      <w:r>
        <w:t>Disclosure: I may receive a referral reward from High Capital Group if you become a client through my link. It costs you nothing extra.</w:t>
      </w:r>
    </w:p>
    <w:p>
      <w:pPr>
        <w:pStyle w:val="Heading2"/>
      </w:pPr>
      <w:r>
        <w:t>Email 3: Your own account at the broker</w:t>
      </w:r>
    </w:p>
    <w:p>
      <w:r>
        <w:t>SUBJECT LINES (pick one):</w:t>
        <w:br/>
        <w:t>- Your name on the account</w:t>
        <w:br/>
        <w:t>- The money never leaves your broker</w:t>
        <w:br/>
        <w:t>- Why they can't touch your money</w:t>
      </w:r>
    </w:p>
    <w:p>
      <w:r>
        <w:t>PREHEADER: They can place trades. They have no access to withdraw.</w:t>
      </w:r>
    </w:p>
    <w:p>
      <w:r>
        <w:t>Hi {{FIRST_NAME}},</w:t>
      </w:r>
    </w:p>
    <w:p>
      <w:r>
        <w:t>The detail I'd point a careful friend to first with High Capital Group is a boring one, and that's exactly why I like it.</w:t>
      </w:r>
    </w:p>
    <w:p>
      <w:r>
        <w:t>You open the account yourself, in your own name, with a highly reputable, regulated forex broker. You deposit with the broker. Then software copies Norman Hart's trades onto that account automatically.</w:t>
      </w:r>
    </w:p>
    <w:p>
      <w:r>
        <w:t>The company gets permission to place trades on the account and never gets access to withdraw. Their FAQ puts it plainly: "there is no way we could possibly touch your money, we just don't have the access."</w:t>
      </w:r>
    </w:p>
    <w:p>
      <w:r>
        <w:t>Because the account is yours, so is the access. Your money isn't locked in, and you withdraw through the broker whenever you like. If you're investing over $20,000, you can even ask about using a broker of your own choosing.</w:t>
      </w:r>
    </w:p>
    <w:p>
      <w:r>
        <w:t>[Add a line about what you'd want to know before handing money to anyone.]</w:t>
      </w:r>
    </w:p>
    <w:p>
      <w:r>
        <w:t>The three steps are laid out here, along with the broker for your region:</w:t>
      </w:r>
    </w:p>
    <w:p>
      <w:r>
        <w:t>https://highcapitalgroup.com/get-started/?ref=YOURNAME</w:t>
      </w:r>
    </w:p>
    <w:p>
      <w:r>
        <w:t>Forex trading carries risk. Please only invest money you can afford to lose.</w:t>
      </w:r>
    </w:p>
    <w:p>
      <w:r>
        <w:t>{{YOUR_NAME}}</w:t>
      </w:r>
    </w:p>
    <w:p>
      <w:r>
        <w:t>Disclosure: I may receive a referral reward from High Capital Group if you become a client through my link. It costs you nothing extra.</w:t>
      </w:r>
    </w:p>
    <w:p>
      <w:pPr>
        <w:pStyle w:val="Heading2"/>
      </w:pPr>
      <w:r>
        <w:t>Email 4: The risk dial and the one quote</w:t>
      </w:r>
    </w:p>
    <w:p>
      <w:r>
        <w:t>SUBJECT LINES (pick one):</w:t>
        <w:br/>
        <w:t>- You set the dial</w:t>
        <w:br/>
        <w:t>- More careful? Turn it down.</w:t>
        <w:br/>
        <w:t>- The client quote I'd underline</w:t>
      </w:r>
    </w:p>
    <w:p>
      <w:r>
        <w:t>PREHEADER: You choose how hard your account trades.</w:t>
      </w:r>
    </w:p>
    <w:p>
      <w:r>
        <w:t>Hi {{FIRST_NAME}},</w:t>
      </w:r>
    </w:p>
    <w:p>
      <w:r>
        <w:t>Here's a feature of High Capital Group that doesn't get talked about enough. You choose how hard your account trades.</w:t>
      </w:r>
    </w:p>
    <w:p>
      <w:r>
        <w:t>Norman Hart's trades are copied to your account, and you can set a personalised risk level on top. If you like the trading but want it more aggressive or more cautious, you change it with a few clicks. In their words, you are in complete control.</w:t>
      </w:r>
    </w:p>
    <w:p>
      <w:r>
        <w:t>That fits the one client quote they publish, which I'll give you word for word:</w:t>
      </w:r>
    </w:p>
    <w:p>
      <w:r>
        <w:t>"Norman is very profitable, but more importantly, he is very careful. I've always felt safe with my money in Norman's hands." Michael Powell, Investor.</w:t>
      </w:r>
    </w:p>
    <w:p>
      <w:r>
        <w:t>"More importantly, he is very careful" is the line I'd underline. The firm works to a 15.0% target maximum drawdown, and the risk setting is there for anyone who wants to be more cautious still.</w:t>
      </w:r>
    </w:p>
    <w:p>
      <w:r>
        <w:t>[Add one sentence on what "careful" means to you as an investor.]</w:t>
      </w:r>
    </w:p>
    <w:p>
      <w:r>
        <w:t>See how it all works on the home page:</w:t>
      </w:r>
    </w:p>
    <w:p>
      <w:r>
        <w:t>https://highcapitalgroup.com/?ref=YOURNAME</w:t>
      </w:r>
    </w:p>
    <w:p>
      <w:r>
        <w:t>Past performance is not a guarantee of future results, and forex trading carries risk. Only invest money you can afford to lose.</w:t>
      </w:r>
    </w:p>
    <w:p>
      <w:r>
        <w:t>{{YOUR_NAME}}</w:t>
      </w:r>
    </w:p>
    <w:p>
      <w:r>
        <w:t>Disclosure: I may receive a referral reward from High Capital Group if you become a client through my link. It costs you nothing extra.</w:t>
      </w:r>
    </w:p>
    <w:p>
      <w:pPr>
        <w:pStyle w:val="Heading2"/>
      </w:pPr>
      <w:r>
        <w:t>Email 5: What a 4.99 profit factor means</w:t>
      </w:r>
    </w:p>
    <w:p>
      <w:r>
        <w:t>SUBJECT LINES (pick one):</w:t>
        <w:br/>
        <w:t>- What a 4.99 profit factor means</w:t>
        <w:br/>
        <w:t>- The trading number I'd check first</w:t>
        <w:br/>
        <w:t>- 4.99</w:t>
      </w:r>
    </w:p>
    <w:p>
      <w:r>
        <w:t>PREHEADER: One number that's hard to fake with a lucky month.</w:t>
      </w:r>
    </w:p>
    <w:p>
      <w:r>
        <w:t>Hi {{FIRST_NAME}},</w:t>
      </w:r>
    </w:p>
    <w:p>
      <w:r>
        <w:t>If you only remember one number from High Capital Group's results page, I'd make it 4.99.</w:t>
      </w:r>
    </w:p>
    <w:p>
      <w:r>
        <w:t>That's their profit factor. Profit factor is the total of all winning trades divided by the total of all losing trades. A figure of 1 means breaking even. A figure of 4.99 means the winning trades added up to roughly five times the losing ones.</w:t>
      </w:r>
    </w:p>
    <w:p>
      <w:r>
        <w:t>It's a useful number because one lucky month can't produce it. It's built from the whole record, and that record is verified in real time by a third party, FX Blue.</w:t>
      </w:r>
    </w:p>
    <w:p>
      <w:r>
        <w:t>Put it next to their other figures, a 15.0% target maximum drawdown and 1 losing quarter out of 33, and you get a picture of how the trading behaves over time. Their published target monthly return is 10% after fees.</w:t>
      </w:r>
    </w:p>
    <w:p>
      <w:r>
        <w:t>[Add a line about which number you'd look at first, and why.]</w:t>
      </w:r>
    </w:p>
    <w:p>
      <w:r>
        <w:t>The video and the verification link are here:</w:t>
      </w:r>
    </w:p>
    <w:p>
      <w:r>
        <w:t>https://highcapitalgroup.com/performance/?ref=YOURNAME</w:t>
      </w:r>
    </w:p>
    <w:p>
      <w:r>
        <w:t>Past performance is not a guarantee of future results, and forex trading carries risk. Only invest money you can afford to lose.</w:t>
      </w:r>
    </w:p>
    <w:p>
      <w:r>
        <w:t>{{YOUR_NAME}}</w:t>
      </w:r>
    </w:p>
    <w:p>
      <w:r>
        <w:t>Disclosure: I may receive a referral reward from High Capital Group if you become a client through my link. It costs you nothing extra.</w:t>
      </w:r>
    </w:p>
    <w:p>
      <w:pPr>
        <w:pStyle w:val="Heading2"/>
      </w:pPr>
      <w:r>
        <w:t>Email 6: The honest footnote</w:t>
      </w:r>
    </w:p>
    <w:p>
      <w:r>
        <w:t>SUBJECT LINES (pick one):</w:t>
        <w:br/>
        <w:t>- The footnote worth reading</w:t>
        <w:br/>
        <w:t>- Read the small print on this one</w:t>
        <w:br/>
        <w:t>- They drew a line at 2018</w:t>
      </w:r>
    </w:p>
    <w:p>
      <w:r>
        <w:t>PREHEADER: They tell you exactly where the current system's record starts.</w:t>
      </w:r>
    </w:p>
    <w:p>
      <w:r>
        <w:t>Hi {{FIRST_NAME}},</w:t>
      </w:r>
    </w:p>
    <w:p>
      <w:r>
        <w:t>The most convincing line on High Capital Group's Past Performance page is the footnote.</w:t>
      </w:r>
    </w:p>
    <w:p>
      <w:r>
        <w:t>It says all results before 2018 came from their old legacy system, and the past performance of the current system can be seen from 2018 onward.</w:t>
      </w:r>
    </w:p>
    <w:p>
      <w:r>
        <w:t>They didn't have to write that. A less careful firm could have blended everything into one long history and let you assume it was all the same approach. They tell you where the line is instead, so you can judge the current system on its own record.</w:t>
      </w:r>
    </w:p>
    <w:p>
      <w:r>
        <w:t>That record is verified in real time by FX Blue, still under the company's original name, Oak Valley Investments. The page sums it up as a 10% target monthly return after fees, a 15.0% target maximum drawdown and 1 losing quarter out of 33.</w:t>
      </w:r>
    </w:p>
    <w:p>
      <w:r>
        <w:t>If you're curious, watch the video, then open the verification and look at 2018 onward for yourself.</w:t>
      </w:r>
    </w:p>
    <w:p>
      <w:r>
        <w:t>https://highcapitalgroup.com/performance/?ref=YOURNAME</w:t>
      </w:r>
    </w:p>
    <w:p>
      <w:r>
        <w:t>[Add one honest sentence about what you found when you looked.]</w:t>
      </w:r>
    </w:p>
    <w:p>
      <w:r>
        <w:t>Past performance is not a guarantee of future results, and forex trading carries risk. Only invest money you can afford to lose.</w:t>
      </w:r>
    </w:p>
    <w:p>
      <w:r>
        <w:t>{{YOUR_NAME}}</w:t>
      </w:r>
    </w:p>
    <w:p>
      <w:r>
        <w:t>Disclosure: I may receive a referral reward from High Capital Group if you become a client through my link. It costs you nothing extra.</w:t>
      </w:r>
    </w:p>
    <w:p>
      <w:r>
        <w:br w:type="page"/>
      </w:r>
    </w:p>
    <w:p>
      <w:pPr>
        <w:pStyle w:val="Heading1"/>
      </w:pPr>
      <w:r>
        <w:t>Emails: Answering the doubts</w:t>
      </w:r>
    </w:p>
    <w:p>
      <w:r>
        <w:t>Send to readers who opened or clicked but hesitated, or use any one as a reply when someone asks you a question. Calm, honest answers with the risk stated plainly.</w:t>
      </w:r>
    </w:p>
    <w:p>
      <w:pPr>
        <w:pStyle w:val="Heading2"/>
      </w:pPr>
      <w:r>
        <w:t>Email 1: Is it a scam?</w:t>
      </w:r>
    </w:p>
    <w:p>
      <w:r>
        <w:t>SUBJECT LINES (pick one):</w:t>
        <w:br/>
        <w:t>- "Is this a scam?" Fair question.</w:t>
        <w:br/>
        <w:t>- The first thing people ask me</w:t>
        <w:br/>
        <w:t>- How to check a trading firm calmly</w:t>
      </w:r>
    </w:p>
    <w:p>
      <w:r>
        <w:t>PREHEADER: Three things a scam needs, and why this setup has none of them.</w:t>
      </w:r>
    </w:p>
    <w:p>
      <w:r>
        <w:t>Hi {{FIRST_NAME}},</w:t>
      </w:r>
    </w:p>
    <w:p>
      <w:r>
        <w:t>When I mention High Capital Group, the first question is usually some version of "is this a scam?" It's the right question to ask about anything involving forex, so here's how I'd answer it calmly.</w:t>
      </w:r>
    </w:p>
    <w:p>
      <w:r>
        <w:t>A scam needs to get hold of your money, and this setup never does. You open an account in your own name with a highly reputable, regulated broker, and you deposit with the broker. The company can place trades on that account and cannot withdraw from it.</w:t>
      </w:r>
    </w:p>
    <w:p>
      <w:r>
        <w:t>A scam also hides its record. Theirs is verified in real time by FX Blue, a third party, and the link is on their Past Performance page for anyone to open.</w:t>
      </w:r>
    </w:p>
    <w:p>
      <w:r>
        <w:t>And a scam usually wants paying first. They charge no upfront fees. Their fee is 30% of profits, invoiced after you've made money.</w:t>
      </w:r>
    </w:p>
    <w:p>
      <w:r>
        <w:t>None of that protects you from losing money in the markets. You can lose money, and they say so plainly. But you can check every one of these points yourself before you put in a dollar.</w:t>
      </w:r>
    </w:p>
    <w:p>
      <w:r>
        <w:t>[Add a sentence about your own first reaction when you heard about it.]</w:t>
      </w:r>
    </w:p>
    <w:p>
      <w:r>
        <w:t>https://highcapitalgroup.com/faq/?ref=YOURNAME</w:t>
      </w:r>
    </w:p>
    <w:p>
      <w:r>
        <w:t>Past performance is not a guarantee of future results, and forex trading carries risk. Only invest money you can afford to lose.</w:t>
      </w:r>
    </w:p>
    <w:p>
      <w:r>
        <w:t>{{YOUR_NAME}}</w:t>
      </w:r>
    </w:p>
    <w:p>
      <w:r>
        <w:t>Disclosure: I may receive a referral reward from High Capital Group if you become a client through my link. It costs you nothing extra.</w:t>
      </w:r>
    </w:p>
    <w:p>
      <w:pPr>
        <w:pStyle w:val="Heading2"/>
      </w:pPr>
      <w:r>
        <w:t>Email 2: What if I want out?</w:t>
      </w:r>
    </w:p>
    <w:p>
      <w:r>
        <w:t>SUBJECT LINES (pick one):</w:t>
        <w:br/>
        <w:t>- What if you want your money back?</w:t>
        <w:br/>
        <w:t>- Is your money locked in?</w:t>
        <w:br/>
        <w:t>- Getting out is the easy part</w:t>
      </w:r>
    </w:p>
    <w:p>
      <w:r>
        <w:t>PREHEADER: Your money sits with the broker, and you can withdraw any time.</w:t>
      </w:r>
    </w:p>
    <w:p>
      <w:r>
        <w:t>Hi {{FIRST_NAME}},</w:t>
      </w:r>
    </w:p>
    <w:p>
      <w:r>
        <w:t>A good question to ask before getting into anything is how you get out of it.</w:t>
      </w:r>
    </w:p>
    <w:p>
      <w:r>
        <w:t>With High Capital Group, your money is not locked in, and you can access it at any time. The funds sit with the broker in an account in your own name, so you withdraw through the broker, the way you would with any brokerage account. Most brokers offer several ways to do that.</w:t>
      </w:r>
    </w:p>
    <w:p>
      <w:r>
        <w:t>The fee side ends cleanly too. They invoice monthly, only on profit and only after it's made, so there's no upfront payment you'd be walking away from.</w:t>
      </w:r>
    </w:p>
    <w:p>
      <w:r>
        <w:t>One honest note from their FAQ: you can close their trades yourself or place your own trades on the same account, but they ask you not to. If you want to trade on your own as well, they suggest opening a sub-account with the same broker.</w:t>
      </w:r>
    </w:p>
    <w:p>
      <w:r>
        <w:t>[Add a sentence on why easy access matters to you or your readers.]</w:t>
      </w:r>
    </w:p>
    <w:p>
      <w:r>
        <w:t>The account questions are all answered here:</w:t>
      </w:r>
    </w:p>
    <w:p>
      <w:r>
        <w:t>https://highcapitalgroup.com/faq/?ref=YOURNAME</w:t>
      </w:r>
    </w:p>
    <w:p>
      <w:r>
        <w:t>Past performance is not a guarantee of future results, and forex trading carries risk. Only invest money you can afford to lose.</w:t>
      </w:r>
    </w:p>
    <w:p>
      <w:r>
        <w:t>{{YOUR_NAME}}</w:t>
      </w:r>
    </w:p>
    <w:p>
      <w:r>
        <w:t>Disclosure: I may receive a referral reward from High Capital Group if you become a client through my link. It costs you nothing extra.</w:t>
      </w:r>
    </w:p>
    <w:p>
      <w:pPr>
        <w:pStyle w:val="Heading2"/>
      </w:pPr>
      <w:r>
        <w:t>Email 3: What does it cost?</w:t>
      </w:r>
    </w:p>
    <w:p>
      <w:r>
        <w:t>SUBJECT LINES (pick one):</w:t>
        <w:br/>
        <w:t>- What it actually costs</w:t>
        <w:br/>
        <w:t>- The price list is short</w:t>
        <w:br/>
        <w:t>- $0 upfront. Here is what you do pay.</w:t>
      </w:r>
    </w:p>
    <w:p>
      <w:r>
        <w:t>PREHEADER: Software, fees and the minimum, taken straight from their own pages.</w:t>
      </w:r>
    </w:p>
    <w:p>
      <w:r>
        <w:t>Hi {{FIRST_NAME}},</w:t>
      </w:r>
    </w:p>
    <w:p>
      <w:r>
        <w:t>Here's what you pay to copy High Capital Group's trades, as their own pages set it out.</w:t>
      </w:r>
    </w:p>
    <w:p>
      <w:r>
        <w:t>Upfront fees: none.</w:t>
      </w:r>
    </w:p>
    <w:p>
      <w:r>
        <w:t>Copy software: normally $19 a month, but their broker covers it for life when you sign up through their link, so it's free.</w:t>
      </w:r>
    </w:p>
    <w:p>
      <w:r>
        <w:t>Their fee: 30% of profits, charged only after you've made money and worked out on a high water mark, so you don't pay fees on gains that only win back an earlier dip.</w:t>
      </w:r>
    </w:p>
    <w:p>
      <w:r>
        <w:t>The minimum to start is US$1,000, and it goes into your own broker account, not to them. They'll also consider a discount for accounts over $100,000 if you contact them.</w:t>
      </w:r>
    </w:p>
    <w:p>
      <w:r>
        <w:t>The part I like is the incentive this creates. If your account doesn't make money, they don't get paid.</w:t>
      </w:r>
    </w:p>
    <w:p>
      <w:r>
        <w:t>[Add a sentence on how this compares with what you pay for other investments.]</w:t>
      </w:r>
    </w:p>
    <w:p>
      <w:r>
        <w:t>The fee questions are answered in full here:</w:t>
      </w:r>
    </w:p>
    <w:p>
      <w:r>
        <w:t>https://highcapitalgroup.com/faq/?ref=YOURNAME</w:t>
      </w:r>
    </w:p>
    <w:p>
      <w:r>
        <w:t>And when you're ready to see which broker serves your region, it's here:</w:t>
      </w:r>
    </w:p>
    <w:p>
      <w:r>
        <w:t>https://highcapitalgroup.com/get-started/?ref=YOURNAME</w:t>
      </w:r>
    </w:p>
    <w:p>
      <w:r>
        <w:t>Past performance is not a guarantee of future results, and forex trading carries risk. Only invest money you can afford to lose.</w:t>
      </w:r>
    </w:p>
    <w:p>
      <w:r>
        <w:t>{{YOUR_NAME}}</w:t>
      </w:r>
    </w:p>
    <w:p>
      <w:r>
        <w:t>Disclosure: I may receive a referral reward from High Capital Group if you become a client through my link. It costs you nothing extra.</w:t>
      </w:r>
    </w:p>
    <w:p>
      <w:pPr>
        <w:pStyle w:val="Heading2"/>
      </w:pPr>
      <w:r>
        <w:t>Email 4: Isn't forex too risky?</w:t>
      </w:r>
    </w:p>
    <w:p>
      <w:r>
        <w:t>SUBJECT LINES (pick one):</w:t>
        <w:br/>
        <w:t>- Isn't forex too risky?</w:t>
        <w:br/>
        <w:t>- Yes, you can lose money</w:t>
        <w:br/>
        <w:t>- The risk question, answered straight</w:t>
      </w:r>
    </w:p>
    <w:p>
      <w:r>
        <w:t>PREHEADER: Their own FAQ answers "Can I lose money?" with a plain yes.</w:t>
      </w:r>
    </w:p>
    <w:p>
      <w:r>
        <w:t>Hi {{FIRST_NAME}},</w:t>
      </w:r>
    </w:p>
    <w:p>
      <w:r>
        <w:t>If your first thought about forex is that it sounds risky, you're right to take that seriously, and High Capital Group agrees with you.</w:t>
      </w:r>
    </w:p>
    <w:p>
      <w:r>
        <w:t>Their FAQ asks "Can I lose money?" and answers yes. It calls this a very high return investment, says it's still possible to lose money, and tells you that if you're not comfortable with that, it isn't right for you. I respect a firm that writes that on its own website.</w:t>
      </w:r>
    </w:p>
    <w:p>
      <w:r>
        <w:t>Here's what they do about the risk. They work to a 15.0% target maximum drawdown, which is the biggest drop from peak to dip they aim to stay within. They refuse martingale, grid and hedging techniques, calling them the fastest way to blow up an account. And you choose your own risk level, so you can turn the trading down if you'd rather be more cautious.</w:t>
      </w:r>
    </w:p>
    <w:p>
      <w:r>
        <w:t>My honest view is that this only makes sense with money you could lose without it changing your life, and never with borrowed money.</w:t>
      </w:r>
    </w:p>
    <w:p>
      <w:r>
        <w:t>[Add one sentence about your own attitude to risk.]</w:t>
      </w:r>
    </w:p>
    <w:p>
      <w:r>
        <w:t>The full risk answers are here:</w:t>
      </w:r>
    </w:p>
    <w:p>
      <w:r>
        <w:t>https://highcapitalgroup.com/faq/?ref=YOURNAME</w:t>
      </w:r>
    </w:p>
    <w:p>
      <w:r>
        <w:t>Past performance is not a guarantee of future results, and forex trading carries risk. Only invest money you can afford to lose.</w:t>
      </w:r>
    </w:p>
    <w:p>
      <w:r>
        <w:t>{{YOUR_NAME}}</w:t>
      </w:r>
    </w:p>
    <w:p>
      <w:r>
        <w:t>Disclosure: I may receive a referral reward from High Capital Group if you become a client through my link. It costs you nothing extra.</w:t>
      </w:r>
    </w:p>
    <w:p>
      <w:r>
        <w:br w:type="page"/>
      </w:r>
    </w:p>
    <w:p>
      <w:pPr>
        <w:pStyle w:val="Heading1"/>
      </w:pPr>
      <w:r>
        <w:t>Emails: Newsletter mentions</w:t>
      </w:r>
    </w:p>
    <w:p>
      <w:r>
        <w:t>Short inserts to drop into a newsletter you already send. Each one stands alone, so pick the angle that suits that issue and keep the disclosure line with it.</w:t>
      </w:r>
    </w:p>
    <w:p>
      <w:pPr>
        <w:pStyle w:val="Heading2"/>
      </w:pPr>
      <w:r>
        <w:t>Email 1: The founder's frustration</w:t>
      </w:r>
    </w:p>
    <w:p>
      <w:r>
        <w:t>SUBJECT LINES (pick one):</w:t>
        <w:br/>
        <w:t>- Worth a look: copy a pro forex trader</w:t>
        <w:br/>
        <w:t>- Something different this week</w:t>
        <w:br/>
        <w:t>- The investor shut out by 7 figures</w:t>
      </w:r>
    </w:p>
    <w:p>
      <w:r>
        <w:t>PREHEADER: A forex copy-trading service with a US$1,000 minimum.</w:t>
      </w:r>
    </w:p>
    <w:p>
      <w:r>
        <w:t>Something I came across recently: High Capital Group, a forex copy-trading service started by a full-time investor who was tired of the best investments needing 7 figures. You open your own account with a broker, their head trader's trades are copied in automatically, and their fee is 30% of profits, charged only after you make money. The minimum is US$1,000. [Add one sentence on why it caught your eye.]</w:t>
      </w:r>
    </w:p>
    <w:p>
      <w:r>
        <w:t>https://highcapitalgroup.com/about/?ref=YOURNAME</w:t>
      </w:r>
    </w:p>
    <w:p>
      <w:r>
        <w:t>Forex trading carries risk. Only invest money you can afford to lose.</w:t>
      </w:r>
    </w:p>
    <w:p>
      <w:r>
        <w:t>Disclosure: I may receive a referral reward from High Capital Group if you become a client through my link. It costs you nothing extra.</w:t>
      </w:r>
    </w:p>
    <w:p>
      <w:pPr>
        <w:pStyle w:val="Heading2"/>
      </w:pPr>
      <w:r>
        <w:t>Email 2: Results you can check</w:t>
      </w:r>
    </w:p>
    <w:p>
      <w:r>
        <w:t>SUBJECT LINES (pick one):</w:t>
        <w:br/>
        <w:t>- A trading record you can check yourself</w:t>
        <w:br/>
        <w:t>- Verified by a third party, in real time</w:t>
        <w:br/>
        <w:t>- 1 losing quarter out of 33</w:t>
      </w:r>
    </w:p>
    <w:p>
      <w:r>
        <w:t>PREHEADER: Their results are tracked live by FX Blue.</w:t>
      </w:r>
    </w:p>
    <w:p>
      <w:r>
        <w:t>If you've ever wished a trader's results came with proof, High Capital Group's Past Performance page is worth five minutes. Their record is verified in real time by FX Blue, a third party, and shows 1 losing quarter out of 33, a profit factor of 4.99 and a 10% target monthly return after fees. [Add a line on what you think of it.]</w:t>
      </w:r>
    </w:p>
    <w:p>
      <w:r>
        <w:t>https://highcapitalgroup.com/performance/?ref=YOURNAME</w:t>
      </w:r>
    </w:p>
    <w:p>
      <w:r>
        <w:t>Past performance is not a guarantee of future results, and forex trading carries risk. Only invest money you can afford to lose.</w:t>
      </w:r>
    </w:p>
    <w:p>
      <w:r>
        <w:t>Disclosure: I may receive a referral reward from High Capital Group if you become a client through my link. It costs you nothing extra.</w:t>
      </w:r>
    </w:p>
    <w:p>
      <w:pPr>
        <w:pStyle w:val="Heading2"/>
      </w:pPr>
      <w:r>
        <w:t>Email 3: Who holds the money</w:t>
      </w:r>
    </w:p>
    <w:p>
      <w:r>
        <w:t>SUBJECT LINES (pick one):</w:t>
        <w:br/>
        <w:t>- The trading firm that can't touch your money</w:t>
        <w:br/>
        <w:t>- Your account, your name</w:t>
        <w:br/>
        <w:t>- Who can withdraw your money?</w:t>
      </w:r>
    </w:p>
    <w:p>
      <w:r>
        <w:t>PREHEADER: They can place trades. They can't withdraw.</w:t>
      </w:r>
    </w:p>
    <w:p>
      <w:r>
        <w:t>A question worth asking of any trading firm: who holds the money? With High Capital Group it stays with the broker, in an account in your own name. The company can place trades on it and has no access to withdraw, and you can take your money out whenever you like. [Add one sentence of your own view.]</w:t>
      </w:r>
    </w:p>
    <w:p>
      <w:r>
        <w:t>https://highcapitalgroup.com/faq/?ref=YOURNAME</w:t>
      </w:r>
    </w:p>
    <w:p>
      <w:r>
        <w:t>Forex trading carries risk. Only invest money you can afford to lose.</w:t>
      </w:r>
    </w:p>
    <w:p>
      <w:r>
        <w:t>Disclosure: I may receive a referral reward from High Capital Group if you become a client through my link. It costs you nothing extra.</w:t>
      </w:r>
    </w:p>
    <w:p>
      <w:pPr>
        <w:pStyle w:val="Heading2"/>
      </w:pPr>
      <w:r>
        <w:t>Email 4: Paid only after profit</w:t>
      </w:r>
    </w:p>
    <w:p>
      <w:r>
        <w:t>SUBJECT LINES (pick one):</w:t>
        <w:br/>
        <w:t>- A fee that only exists after you profit</w:t>
        <w:br/>
        <w:t>- No profit, no fee</w:t>
        <w:br/>
        <w:t>- They get paid after you do</w:t>
      </w:r>
    </w:p>
    <w:p>
      <w:r>
        <w:t>PREHEADER: 30% of profits, nothing upfront, and a high water mark.</w:t>
      </w:r>
    </w:p>
    <w:p>
      <w:r>
        <w:t>Fee structures say a lot about a firm. High Capital Group, a forex copy-trading service, charges nothing upfront and takes 30% of profits only after you've made money, worked out on a high water mark so you don't pay fees on gains that only win back an earlier dip. The copy software is free through their broker link. [Add a sentence comparing this with fees you know.]</w:t>
      </w:r>
    </w:p>
    <w:p>
      <w:r>
        <w:t>https://highcapitalgroup.com/faq/?ref=YOURNAME</w:t>
      </w:r>
    </w:p>
    <w:p>
      <w:r>
        <w:t>Forex trading carries risk. Only invest money you can afford to lose.</w:t>
      </w:r>
    </w:p>
    <w:p>
      <w:r>
        <w:t>Disclosure: I may receive a referral reward from High Capital Group if you become a client through my link. It costs you nothing extra.</w:t>
      </w:r>
    </w:p>
    <w:p>
      <w:pPr>
        <w:pStyle w:val="Heading2"/>
      </w:pPr>
      <w:r>
        <w:t>Email 5: The one condition</w:t>
      </w:r>
    </w:p>
    <w:p>
      <w:r>
        <w:t>SUBJECT LINES (pick one):</w:t>
        <w:br/>
        <w:t>- He had one condition</w:t>
        <w:br/>
        <w:t>- The trader who only wanted to trade</w:t>
        <w:br/>
        <w:t>- A hedge-fund-grade trader for small investors</w:t>
      </w:r>
    </w:p>
    <w:p>
      <w:r>
        <w:t>PREHEADER: Norman Hart's single request before he joined.</w:t>
      </w:r>
    </w:p>
    <w:p>
      <w:r>
        <w:t>A short story I liked this week. Norman Hart's trading skills had been responsible for tens of millions of dollars in investment when a frustrated investor, Dan Leman, asked him to help ordinary investors. Norman had one condition, and it's the best line on their About page. Together they run High Capital Group, a forex copy-trading service. [Add a line on why the story stuck with you.]</w:t>
      </w:r>
    </w:p>
    <w:p>
      <w:r>
        <w:t>https://highcapitalgroup.com/about/?ref=YOURNAME</w:t>
      </w:r>
    </w:p>
    <w:p>
      <w:r>
        <w:t>Forex trading carries risk. Only invest money you can afford to lose.</w:t>
      </w:r>
    </w:p>
    <w:p>
      <w:r>
        <w:t>Disclosure: I may receive a referral reward from High Capital Group if you become a client through my link. It costs you nothing extra.</w:t>
      </w:r>
    </w:p>
    <w:p>
      <w:pPr>
        <w:pStyle w:val="Heading2"/>
      </w:pPr>
      <w:r>
        <w:t>Email 6: The honest risk answer</w:t>
      </w:r>
    </w:p>
    <w:p>
      <w:r>
        <w:t>SUBJECT LINES (pick one):</w:t>
        <w:br/>
        <w:t>- "Can I lose money?" Yes.</w:t>
        <w:br/>
        <w:t>- A firm that answers the risk question</w:t>
        <w:br/>
        <w:t>- The FAQ answer I respected</w:t>
      </w:r>
    </w:p>
    <w:p>
      <w:r>
        <w:t>PREHEADER: A trading firm that tells you straight that you can lose.</w:t>
      </w:r>
    </w:p>
    <w:p>
      <w:r>
        <w:t>One thing I respect about High Capital Group, a forex copy-trading service: their FAQ asks "Can I lose money?" and answers yes, then tells you that if you aren't comfortable with that, it isn't for you. They also refuse martingale and grid trading outright and let you set your own risk level. [Add one honest sentence about your take.]</w:t>
      </w:r>
    </w:p>
    <w:p>
      <w:r>
        <w:t>https://highcapitalgroup.com/faq/?ref=YOURNAME</w:t>
      </w:r>
    </w:p>
    <w:p>
      <w:r>
        <w:t>Please only invest money you can afford to lose.</w:t>
      </w:r>
    </w:p>
    <w:p>
      <w:r>
        <w:t>Disclosure: I may receive a referral reward from High Capital Group if you become a client through my link. It costs you nothing extra.</w:t>
      </w:r>
    </w:p>
    <w:p>
      <w:r>
        <w:br w:type="page"/>
      </w:r>
    </w:p>
    <w:p>
      <w:pPr>
        <w:pStyle w:val="Heading1"/>
      </w:pPr>
      <w:r>
        <w:t>Social: Facebook</w:t>
      </w:r>
    </w:p>
    <w:p>
      <w:r>
        <w:t>Tip: Post as a status with your link in the text, or as a link post to the page; a photo of your own desk or a coffee often gets more reach than a bare link.</w:t>
      </w:r>
    </w:p>
    <w:p>
      <w:pPr>
        <w:pStyle w:val="Heading2"/>
      </w:pPr>
      <w:r>
        <w:t>Post 1: The 7-figure door</w:t>
      </w:r>
    </w:p>
    <w:p>
      <w:r>
        <w:t>Ad: For years Dan Leman kept running into the same wall. He was a full-time investor, and the best opportunities he could find all seemed to want multiple 7 figures before they would even look at him.</w:t>
      </w:r>
    </w:p>
    <w:p>
      <w:r>
        <w:t>So he set out to find a top trader who would work for ordinary investors instead of the hedge funds. Most of them were happy where they were. It took him many years, and then he met Norman Hart: an honours degree in economics, skills responsible for tens of millions of dollars in investment, and companies paying him hundreds of thousands of dollars just to use software he designed.</w:t>
      </w:r>
    </w:p>
    <w:p>
      <w:r>
        <w:t>Their company, High Capital Group, now lets you copy Norman's forex trades automatically into an account you open in your own name. The minimum is US$1,000.</w:t>
      </w:r>
    </w:p>
    <w:p>
      <w:r>
        <w:t>The story of how they met is short and worth two minutes: https://highcapitalgroup.com/about/?ref=YOURNAME</w:t>
      </w:r>
    </w:p>
    <w:p>
      <w:r>
        <w:t>Forex trading carries risk and you can lose money. Only invest money you can afford to lose.</w:t>
        <w:br/>
        <w:t>Disclosure: I may receive a referral reward from High Capital Group if you become a client through my link. It costs you nothing extra.</w:t>
      </w:r>
    </w:p>
    <w:p>
      <w:pPr>
        <w:pStyle w:val="Heading2"/>
      </w:pPr>
      <w:r>
        <w:t>Post 2: Who can touch your money</w:t>
      </w:r>
    </w:p>
    <w:p>
      <w:r>
        <w:t>Ad: The first question I ask about any trading service is a blunt one. Who can actually touch my money?</w:t>
      </w:r>
    </w:p>
    <w:p>
      <w:r>
        <w:t>With High Capital Group the answer is you, and only you. You open the account yourself with a highly reputable, regulated forex broker and you deposit with the broker. Their trades are mirrored onto your account automatically, but they have no access to withdraw a single dollar. When you want your money, you take it out through the broker, any time you like.</w:t>
      </w:r>
    </w:p>
    <w:p>
      <w:r>
        <w:t>Their FAQ even points out that because they invoice after the profit is made, you could technically skip out on their fee, while they could never touch your balance. I liked that they said it out loud.</w:t>
      </w:r>
    </w:p>
    <w:p>
      <w:r>
        <w:t>Read how it works: https://highcapitalgroup.com/faq/?ref=YOURNAME</w:t>
      </w:r>
    </w:p>
    <w:p>
      <w:r>
        <w:t>Forex trading carries risk and you can lose money. Only invest money you can afford to lose.</w:t>
        <w:br/>
        <w:t>Disclosure: I may receive a referral reward from High Capital Group if you become a client through my link. It costs you nothing extra.</w:t>
      </w:r>
    </w:p>
    <w:p>
      <w:pPr>
        <w:pStyle w:val="Heading2"/>
      </w:pPr>
      <w:r>
        <w:t>Post 3: They only get paid after you do</w:t>
      </w:r>
    </w:p>
    <w:p>
      <w:r>
        <w:t>Ad: Most investment products charge you whether they make you money or not. High Capital Group does it the other way round.</w:t>
      </w:r>
    </w:p>
    <w:p>
      <w:r>
        <w:t>There are no upfront fees. They take 30% of profits, and only after you have made money. The fee runs on a high water mark, so if a month goes backwards they have to win that ground back for you before they can charge again. Even the copy software, normally US$19 a month, is covered for life by the broker when you sign up through their link.</w:t>
      </w:r>
    </w:p>
    <w:p>
      <w:r>
        <w:t>When a trader's only income is a share of your profit, you both want the same thing every month.</w:t>
      </w:r>
    </w:p>
    <w:p>
      <w:r>
        <w:t>Their FAQ walks through a fee example with real dollar amounts: https://highcapitalgroup.com/faq/?ref=YOURNAME</w:t>
      </w:r>
    </w:p>
    <w:p>
      <w:r>
        <w:t>Forex trading carries risk and you can lose money. Only invest money you can afford to lose.</w:t>
        <w:br/>
        <w:t>Disclosure: I may receive a referral reward from High Capital Group if you become a client through my link. It costs you nothing extra.</w:t>
      </w:r>
    </w:p>
    <w:p>
      <w:pPr>
        <w:pStyle w:val="Heading2"/>
      </w:pPr>
      <w:r>
        <w:t>Post 4: 1 losing quarter out of 33</w:t>
      </w:r>
    </w:p>
    <w:p>
      <w:r>
        <w:t>Ad: 33 quarters is a little over eight years of trading. Across that stretch, High Capital Group's record shows one losing quarter.</w:t>
      </w:r>
    </w:p>
    <w:p>
      <w:r>
        <w:t>I didn't take that on faith, and you shouldn't either. Their results are verified in real time by FX Blue, an independent third party, and you can open the live account page and look for yourself. (It still carries the company's older name, Oak Valley Investments.) The stated target is a 10% average monthly return after fees, with a target maximum drawdown of 15%.</w:t>
      </w:r>
    </w:p>
    <w:p>
      <w:r>
        <w:t>They also print an honest footnote most firms would bury: results before 2018 came from an old legacy system, and the current system's record runs from 2018 onward.</w:t>
      </w:r>
    </w:p>
    <w:p>
      <w:r>
        <w:t>Watch the performance video and check the numbers: https://highcapitalgroup.com/performance/?ref=YOURNAME</w:t>
      </w:r>
    </w:p>
    <w:p>
      <w:r>
        <w:t>Targets only. Past performance is not a guarantee of future results, and forex trading carries risk. Only invest money you can afford to lose.</w:t>
        <w:br/>
        <w:t>Disclosure: I may receive a referral reward from High Capital Group if you become a client through my link. It costs you nothing extra.</w:t>
      </w:r>
    </w:p>
    <w:p>
      <w:pPr>
        <w:pStyle w:val="Heading2"/>
      </w:pPr>
      <w:r>
        <w:t>Post 5: What they refuse to do</w:t>
      </w:r>
    </w:p>
    <w:p>
      <w:r>
        <w:t>Ad: If you have ever watched a trading account blow up, there is a good chance martingale or grid trading was behind it. Those methods keep doubling into losing positions and look brilliant right up until the day they wipe the account out.</w:t>
      </w:r>
    </w:p>
    <w:p>
      <w:r>
        <w:t>I asked whether High Capital Group uses them. Their published answer, word for word, is "No, No and absolutely NOT!!!" They call those techniques the fastest way to blow up an account and say you will never see them in their trading.</w:t>
      </w:r>
    </w:p>
    <w:p>
      <w:r>
        <w:t>That one answer told me a lot about how Norman Hart thinks about risk. The rest of their FAQ is just as direct: https://highcapitalgroup.com/faq/?ref=YOURNAME</w:t>
      </w:r>
    </w:p>
    <w:p>
      <w:r>
        <w:t>Forex trading carries risk and you can lose money. Only invest money you can afford to lose.</w:t>
        <w:br/>
        <w:t>Disclosure: I may receive a referral reward from High Capital Group if you become a client through my link. It costs you nothing extra.</w:t>
      </w:r>
    </w:p>
    <w:p>
      <w:pPr>
        <w:pStyle w:val="Heading2"/>
      </w:pPr>
      <w:r>
        <w:t>Post 6: Turn the dial yourself</w:t>
      </w:r>
    </w:p>
    <w:p>
      <w:r>
        <w:t>Ad: Here is a detail about High Capital Group that I rarely see mentioned. You choose how hard your account trades.</w:t>
      </w:r>
    </w:p>
    <w:p>
      <w:r>
        <w:t>You copy head trader Norman Hart's forex trades automatically, and you can set a personalised risk level so your account trades more or less aggressively than his. A cautious first-timer and a seasoned investor can follow the same trades at very different intensity. Your money sits in your own account with a regulated broker, and you can change your mind and withdraw at any time.</w:t>
      </w:r>
    </w:p>
    <w:p>
      <w:r>
        <w:t>The minimum to start is US$1,000, and there are no upfront fees.</w:t>
      </w:r>
    </w:p>
    <w:p>
      <w:r>
        <w:t>See how it works: https://highcapitalgroup.com/?ref=YOURNAME</w:t>
      </w:r>
    </w:p>
    <w:p>
      <w:r>
        <w:t>Forex trading carries risk and you can lose money. Only invest money you can afford to lose.</w:t>
        <w:br/>
        <w:t>Disclosure: I may receive a referral reward from High Capital Group if you become a client through my link. It costs you nothing extra.</w:t>
      </w:r>
    </w:p>
    <w:p>
      <w:r>
        <w:br w:type="page"/>
      </w:r>
    </w:p>
    <w:p>
      <w:pPr>
        <w:pStyle w:val="Heading1"/>
      </w:pPr>
      <w:r>
        <w:t>Social: Instagram captions</w:t>
      </w:r>
    </w:p>
    <w:p>
      <w:r>
        <w:t>Tip: Put your link in your bio first, then use these as captions under a calm photo or a carousel of the four numbers; Instagram won't make links in captions clickable.</w:t>
      </w:r>
    </w:p>
    <w:p>
      <w:pPr>
        <w:pStyle w:val="Heading2"/>
      </w:pPr>
      <w:r>
        <w:t>Post 1: Norman's one condition</w:t>
      </w:r>
    </w:p>
    <w:p>
      <w:r>
        <w:t>Ad: Norman Hart had just one condition when he teamed up with Dan Leman. All he wanted to do was trade.</w:t>
      </w:r>
    </w:p>
    <w:p>
      <w:r>
        <w:t>That suited Dan perfectly, because he had spent years hunting for a trader of Norman's level who would work for everyday investors. Norman holds an honours degree in economics, and his skills have been responsible for tens of millions of dollars in investment.</w:t>
      </w:r>
    </w:p>
    <w:p>
      <w:r>
        <w:t>Today you can copy his forex trades automatically into an account you own, from US$1,000. The whole story and the live results are at the link in bio.</w:t>
      </w:r>
    </w:p>
    <w:p>
      <w:r>
        <w:t>Forex carries risk. Only invest money you can afford to lose.</w:t>
        <w:br/>
        <w:t>#ad #affiliate I may receive a referral reward if you join through my link.</w:t>
      </w:r>
    </w:p>
    <w:p>
      <w:pPr>
        <w:pStyle w:val="Heading2"/>
      </w:pPr>
      <w:r>
        <w:t>Post 2: Forex in 30 seconds</w:t>
      </w:r>
    </w:p>
    <w:p>
      <w:r>
        <w:t>Ad: Forex is short for foreign exchange, and it works in pairs.</w:t>
      </w:r>
    </w:p>
    <w:p>
      <w:r>
        <w:t>Buy the British pound against the Australian dollar and you are betting the pound rises against the Aussie. Sell the same pair and you profit if it falls. That two-way street is why traders can find opportunities in falling markets as well as rising ones, in a market that trades over US$5 trillion every single day.</w:t>
      </w:r>
    </w:p>
    <w:p>
      <w:r>
        <w:t>The interesting part is that you don't need to know any of this to copy a professional's trades. High Capital Group's clients mirror head trader Norman Hart automatically. There's a plain forex 101 at the link in bio.</w:t>
      </w:r>
    </w:p>
    <w:p>
      <w:r>
        <w:t>Forex carries risk and you can lose money.</w:t>
        <w:br/>
        <w:t>#ad #affiliate I may receive a referral reward if you join through my link.</w:t>
      </w:r>
    </w:p>
    <w:p>
      <w:pPr>
        <w:pStyle w:val="Heading2"/>
      </w:pPr>
      <w:r>
        <w:t>Post 3: One investor's words</w:t>
      </w:r>
    </w:p>
    <w:p>
      <w:r>
        <w:t>Ad: The one line from a High Capital Group investor that stuck with me:</w:t>
      </w:r>
    </w:p>
    <w:p>
      <w:r>
        <w:t>"Norman is very profitable, but more importantly, he is very careful. I've always felt safe with my money in Norman's hands." Michael Powell, Investor.</w:t>
      </w:r>
    </w:p>
    <w:p>
      <w:r>
        <w:t>What I like is the order of it. Profitable first, then careful, and the careful part matters more to him. Norman works to a target maximum drawdown of 15%, and the firm openly refuses martingale and grid trading.</w:t>
      </w:r>
    </w:p>
    <w:p>
      <w:r>
        <w:t>Your money stays in your own account with a regulated broker, and you can withdraw any time. Details at the link in bio.</w:t>
      </w:r>
    </w:p>
    <w:p>
      <w:r>
        <w:t>Forex carries risk and losses happen. Only invest what you can afford to lose.</w:t>
        <w:br/>
        <w:t>#ad #affiliate I may receive a referral reward if you join through my link.</w:t>
      </w:r>
    </w:p>
    <w:p>
      <w:pPr>
        <w:pStyle w:val="Heading2"/>
      </w:pPr>
      <w:r>
        <w:t>Post 4: Starting with US$1,000</w:t>
      </w:r>
    </w:p>
    <w:p>
      <w:r>
        <w:t>Ad: You don't need a fortune to start investing alongside a professional trader. With High Capital Group the minimum is US$1,000.</w:t>
      </w:r>
    </w:p>
    <w:p>
      <w:r>
        <w:t>You open your own account with a regulated broker, deposit there, and Norman Hart's forex trades are copied in automatically. The copy software is free through their link, there are no upfront fees, and they only take 30% of profits after you have made money.</w:t>
      </w:r>
    </w:p>
    <w:p>
      <w:r>
        <w:t>If you're new, start with an amount you would be fine losing, and learn how it behaves. Everything you need is at the link in bio.</w:t>
      </w:r>
    </w:p>
    <w:p>
      <w:r>
        <w:t>Forex trading carries risk. Never invest money you can't afford to lose.</w:t>
        <w:br/>
        <w:t>#ad #affiliate I may receive a referral reward if you join through my link.</w:t>
      </w:r>
    </w:p>
    <w:p>
      <w:pPr>
        <w:pStyle w:val="Heading2"/>
      </w:pPr>
      <w:r>
        <w:t>Post 5: Check it on your phone</w:t>
      </w:r>
    </w:p>
    <w:p>
      <w:r>
        <w:t>Ad: Most trading results you see online are a screenshot. High Capital Group publishes a live, third-party verified account on FX Blue that updates in real time, and you can open it on your phone right now.</w:t>
      </w:r>
    </w:p>
    <w:p>
      <w:r>
        <w:t>The target is a 10% average monthly return after fees, with a target maximum drawdown of 15%. Their record shows 1 losing quarter out of 33, and they are upfront that the figures before 2018 came from an older legacy system.</w:t>
      </w:r>
    </w:p>
    <w:p>
      <w:r>
        <w:t>The verification link and the performance video are at the link in bio.</w:t>
      </w:r>
    </w:p>
    <w:p>
      <w:r>
        <w:t>Targets only. Past performance is not a guarantee of future results, and forex carries risk. Only invest what you can afford to lose.</w:t>
        <w:br/>
        <w:t>#ad #affiliate I may receive a referral reward if you join through my link.</w:t>
      </w:r>
    </w:p>
    <w:p>
      <w:r>
        <w:br w:type="page"/>
      </w:r>
    </w:p>
    <w:p>
      <w:pPr>
        <w:pStyle w:val="Heading1"/>
      </w:pPr>
      <w:r>
        <w:t>Social: X / Threads</w:t>
      </w:r>
    </w:p>
    <w:p>
      <w:r>
        <w:t>Tip: Post the short ones on their own and pin the thread; X shortens every link to 23 characters, so each short post fits inside 280.</w:t>
      </w:r>
    </w:p>
    <w:p>
      <w:pPr>
        <w:pStyle w:val="Heading2"/>
      </w:pPr>
      <w:r>
        <w:t>Post 1: Who holds the money</w:t>
      </w:r>
    </w:p>
    <w:p>
      <w:r>
        <w:t>Ad: The trading service I'm looking at never holds your money. You open the account with a regulated broker in your own name, their trades copy in, and they can't withdraw a cent. https://highcapitalgroup.com/faq/?ref=YOURNAME</w:t>
        <w:br/>
        <w:t>Forex carries risk. #ad</w:t>
      </w:r>
    </w:p>
    <w:p>
      <w:pPr>
        <w:pStyle w:val="Heading2"/>
      </w:pPr>
      <w:r>
        <w:t>Post 2: Paid after profit</w:t>
      </w:r>
    </w:p>
    <w:p>
      <w:r>
        <w:t>Ad: No upfront fees. High Capital Group takes 30% of profits, only after you make money, on a high water mark. A trader who only eats when you do. https://highcapitalgroup.com/faq/?ref=YOURNAME</w:t>
        <w:br/>
        <w:t>Forex carries risk, so only invest what you can afford to lose. #ad</w:t>
      </w:r>
    </w:p>
    <w:p>
      <w:pPr>
        <w:pStyle w:val="Heading2"/>
      </w:pPr>
      <w:r>
        <w:t>Post 3: 1 of 33</w:t>
      </w:r>
    </w:p>
    <w:p>
      <w:r>
        <w:t>Ad: 33 quarters of forex trading, 1 losing quarter, verified live by FX Blue. Target 10% a month after fees. https://highcapitalgroup.com/performance/?ref=YOURNAME</w:t>
        <w:br/>
        <w:t>Past performance is not a guarantee of future results. Capital at risk. #ad</w:t>
      </w:r>
    </w:p>
    <w:p>
      <w:pPr>
        <w:pStyle w:val="Heading2"/>
      </w:pPr>
      <w:r>
        <w:t>Post 4: The 7-figure wall</w:t>
      </w:r>
    </w:p>
    <w:p>
      <w:r>
        <w:t>Ad: Dan Leman was a full-time investor who kept hitting the same wall: the best investments wanted multiple 7 figures. So he found a top trader willing to work for the rest of us. Minimum now: US$1,000. https://highcapitalgroup.com/about/?ref=YOURNAME</w:t>
        <w:br/>
        <w:t>Capital at risk. #ad</w:t>
      </w:r>
    </w:p>
    <w:p>
      <w:pPr>
        <w:pStyle w:val="Heading2"/>
      </w:pPr>
      <w:r>
        <w:t>Post 5: Profit factor 4.99</w:t>
      </w:r>
    </w:p>
    <w:p>
      <w:r>
        <w:t>Ad: Profit factor 4.99 means the winning trades made roughly $4.99 for every $1 the losing trades lost, on Norman Hart's verified record. https://highcapitalgroup.com/performance/?ref=YOURNAME</w:t>
        <w:br/>
        <w:t>Past performance is not a guarantee of future results. Forex carries risk. #ad</w:t>
      </w:r>
    </w:p>
    <w:p>
      <w:pPr>
        <w:pStyle w:val="Heading2"/>
      </w:pPr>
      <w:r>
        <w:t>Post 6: No martingale</w:t>
      </w:r>
    </w:p>
    <w:p>
      <w:r>
        <w:t>Ad: Asked a forex copy-trading firm if they use martingale or grid. Their written answer: "No, No and absolutely NOT!!!" Exactly what I wanted to read. https://highcapitalgroup.com/faq/?ref=YOURNAME</w:t>
        <w:br/>
        <w:t>Forex carries risk. Only invest what you can afford to lose. #ad</w:t>
      </w:r>
    </w:p>
    <w:p>
      <w:pPr>
        <w:pStyle w:val="Heading2"/>
      </w:pPr>
      <w:r>
        <w:t>Post 7: Thread: what I checked before I believed it</w:t>
      </w:r>
    </w:p>
    <w:p>
      <w:r>
        <w:t>1/ Ad: I'm wary of anything that says "copy our trades." So before I'd mention High Capital Group to anyone, I went through it with a checklist. Here is what I found. #ad</w:t>
      </w:r>
    </w:p>
    <w:p>
      <w:r>
        <w:t>2/ Who holds the money? Not them. You open your own account with a highly reputable, regulated broker and deposit there. Their trades mirror in, but they have no access to withdraw. You can take your money out through the broker whenever you want.</w:t>
      </w:r>
    </w:p>
    <w:p>
      <w:r>
        <w:t>3/ Are the results real? They are verified in real time by FX Blue, a third party. The account still shows the company's older name, Oak Valley Investments. The record shows 1 losing quarter out of 33 and a profit factor of 4.99.</w:t>
      </w:r>
    </w:p>
    <w:p>
      <w:r>
        <w:t>4/ What are they aiming for? A target of 10% a month after fees, with a target maximum drawdown of 15%. They say plainly that results before 2018 came from an old legacy system and the current system runs from 2018.</w:t>
      </w:r>
    </w:p>
    <w:p>
      <w:r>
        <w:t>5/ How do they get paid? 30% of profits, only after you make money, on a high water mark. No upfront fees. The copy software is free through their broker link.</w:t>
      </w:r>
    </w:p>
    <w:p>
      <w:r>
        <w:t>6/ Can you lose? Yes, and their own FAQ says so in plain words. Forex carries risk. Past performance is not a guarantee of future results. Only put in money you can afford to lose.</w:t>
      </w:r>
    </w:p>
    <w:p>
      <w:r>
        <w:t>7/ If that checklist looks like yours, start with the performance page and the video: https://highcapitalgroup.com/performance/?ref=YOURNAME</w:t>
        <w:br/>
        <w:t>I may receive a referral reward if you join through my link, at no extra cost to you. #ad</w:t>
      </w:r>
    </w:p>
    <w:p>
      <w:r>
        <w:br w:type="page"/>
      </w:r>
    </w:p>
    <w:p>
      <w:pPr>
        <w:pStyle w:val="Heading1"/>
      </w:pPr>
      <w:r>
        <w:t>Social: LinkedIn</w:t>
      </w:r>
    </w:p>
    <w:p>
      <w:r>
        <w:t>Tip: Post in your own voice from your personal profile; LinkedIn shows posts with a link a little less, so you can move the link to the first comment and say so in the post.</w:t>
      </w:r>
    </w:p>
    <w:p>
      <w:pPr>
        <w:pStyle w:val="Heading2"/>
      </w:pPr>
      <w:r>
        <w:t>Post 1: For planners: a different return stream</w:t>
      </w:r>
    </w:p>
    <w:p>
      <w:r>
        <w:t>Ad: For financial planners, one of the hardest conversations is diversification for clients who already own the usual mix of shares, property and bonds.</w:t>
      </w:r>
    </w:p>
    <w:p>
      <w:r>
        <w:t>I have been looking at High Capital Group, a forex copy-trading service whose head trader, Norman Hart, holds an honours degree in economics and whose skills have been responsible for tens of millions of dollars in investment. Clients open their own account with a regulated broker, so the funds never sit with the trading firm, and trades are mirrored automatically. Each client can set a personalised risk level.</w:t>
      </w:r>
    </w:p>
    <w:p>
      <w:r>
        <w:t>The structure is easy to explain in a review meeting: no upfront fees, 30% of profits charged only after the client has made money, calculated on a high water mark. Results are verified in real time by FX Blue.</w:t>
      </w:r>
    </w:p>
    <w:p>
      <w:r>
        <w:t>It is a higher-risk allocation and belongs only in money a client can afford to lose. If you want to assess it properly, the performance page and verification are here: https://highcapitalgroup.com/performance/?ref=YOURNAME</w:t>
      </w:r>
    </w:p>
    <w:p>
      <w:r>
        <w:t>Forex trading carries risk. Past performance is not a guarantee of future results.</w:t>
        <w:br/>
        <w:t>Disclosure: I may receive a referral reward from High Capital Group if you become a client through my link. It costs you nothing extra.</w:t>
      </w:r>
    </w:p>
    <w:p>
      <w:pPr>
        <w:pStyle w:val="Heading2"/>
      </w:pPr>
      <w:r>
        <w:t>Post 2: Custody question first</w:t>
      </w:r>
    </w:p>
    <w:p>
      <w:r>
        <w:t>Ad: Whenever a client asks me about an alternative investment, my first question is about custody. Where does the money sit, and who can move it?</w:t>
      </w:r>
    </w:p>
    <w:p>
      <w:r>
        <w:t>High Capital Group answers that cleanly. The client opens and owns the account at a highly reputable, regulated forex broker. The firm can place trades on it through copy software, and it has no ability to withdraw. The client keeps full access to the funds at all times.</w:t>
      </w:r>
    </w:p>
    <w:p>
      <w:r>
        <w:t>That separation does not remove trading risk, and forex can lose money. It does remove a whole category of worry that makes many advisers walk away from managed trading products.</w:t>
      </w:r>
    </w:p>
    <w:p>
      <w:r>
        <w:t>Their FAQ covers custody, fees and drawdown in plain language: https://highcapitalgroup.com/faq/?ref=YOURNAME</w:t>
      </w:r>
    </w:p>
    <w:p>
      <w:r>
        <w:t>Forex trading carries risk and you can lose money. Only invest money you can afford to lose.</w:t>
        <w:br/>
        <w:t>Disclosure: I may receive a referral reward from High Capital Group if you become a client through my link. It costs you nothing extra.</w:t>
      </w:r>
    </w:p>
    <w:p>
      <w:pPr>
        <w:pStyle w:val="Heading2"/>
      </w:pPr>
      <w:r>
        <w:t>Post 3: The honest footnote</w:t>
      </w:r>
    </w:p>
    <w:p>
      <w:r>
        <w:t>Ad: I pay attention to what firms put in their footnotes. High Capital Group prints one most firms would leave out.</w:t>
      </w:r>
    </w:p>
    <w:p>
      <w:r>
        <w:t>Their performance page says, in capitals, that all results prior to 2018 came from the old legacy system, and that the current system's record runs from 2018 onward. They could simply show the long track record and let readers assume. They separate it instead.</w:t>
      </w:r>
    </w:p>
    <w:p>
      <w:r>
        <w:t>The headline figures, verified in real time by FX Blue: a target average monthly return of 10% after fees, a target maximum drawdown of 15%, 1 losing quarter out of 33, and a profit factor of 4.99.</w:t>
      </w:r>
    </w:p>
    <w:p>
      <w:r>
        <w:t>If you review track records for a living, the live verification is the place to start: https://highcapitalgroup.com/performance/?ref=YOURNAME</w:t>
      </w:r>
    </w:p>
    <w:p>
      <w:r>
        <w:t>Targets only. Past performance is not a guarantee of future results, and forex trading carries risk. Only invest money you can afford to lose.</w:t>
        <w:br/>
        <w:t>Disclosure: I may receive a referral reward from High Capital Group if you become a client through my link. It costs you nothing extra.</w:t>
      </w:r>
    </w:p>
    <w:p>
      <w:pPr>
        <w:pStyle w:val="Heading2"/>
      </w:pPr>
      <w:r>
        <w:t>Post 4: Aligned fees</w:t>
      </w:r>
    </w:p>
    <w:p>
      <w:r>
        <w:t>Ad: Fee structure tells you who a product is really built for.</w:t>
      </w:r>
    </w:p>
    <w:p>
      <w:r>
        <w:t>High Capital Group, a forex copy-trading service, charges nothing upfront and takes 30% of profits, invoiced only after the client has made money. It is calculated on a high water mark, so after a down month the firm must recover the loss for the client before any further fee is due. The copy software, normally US$19 a month, is covered for life by the partner broker.</w:t>
      </w:r>
    </w:p>
    <w:p>
      <w:r>
        <w:t>For clients who are tired of paying percentages on balances regardless of outcome, it is a structure worth understanding. The worked fee example is in their FAQ: https://highcapitalgroup.com/faq/?ref=YOURNAME</w:t>
      </w:r>
    </w:p>
    <w:p>
      <w:r>
        <w:t>Forex trading carries risk and you can lose money. Only invest money you can afford to lose.</w:t>
        <w:br/>
        <w:t>Disclosure: I may receive a referral reward from High Capital Group if you become a client through my link. It costs you nothing extra.</w:t>
      </w:r>
    </w:p>
    <w:p>
      <w:pPr>
        <w:pStyle w:val="Heading2"/>
      </w:pPr>
      <w:r>
        <w:t>Post 5: For professionals with no time to trade</w:t>
      </w:r>
    </w:p>
    <w:p>
      <w:r>
        <w:t>Ad: Many of the professionals I know understand markets well and still never trade, because the hours simply aren't there. Forex runs 24 hours a day from Monday morning in Australia to Friday's close in New York, which makes doing it yourself even harder.</w:t>
      </w:r>
    </w:p>
    <w:p>
      <w:r>
        <w:t>High Capital Group's model takes the screen time out of it. Head trader Norman Hart spends hours a day on the charts, and his trades are mirrored automatically into an account the client owns at a regulated broker. Clients choose their own risk level and can withdraw at any time. The minimum is US$1,000.</w:t>
      </w:r>
    </w:p>
    <w:p>
      <w:r>
        <w:t>If that fits someone in your network, the overview is here: https://highcapitalgroup.com/?ref=YOURNAME</w:t>
      </w:r>
    </w:p>
    <w:p>
      <w:r>
        <w:t>Forex trading carries risk and you can lose money. Only invest money you can afford to lose.</w:t>
        <w:br/>
        <w:t>Disclosure: I may receive a referral reward from High Capital Group if you become a client through my link. It costs you nothing extra.</w:t>
      </w:r>
    </w:p>
    <w:p>
      <w:r>
        <w:br w:type="page"/>
      </w:r>
    </w:p>
    <w:p>
      <w:pPr>
        <w:pStyle w:val="Heading1"/>
      </w:pPr>
      <w:r>
        <w:t>Social: TikTok / Shorts / Reels scripts</w:t>
      </w:r>
    </w:p>
    <w:p>
      <w:r>
        <w:t>Tip: Read these to camera in one take, add the [bracketed] lines as on-screen text, turn on the platform's paid partnership or branded content label, and put your link in your bio.</w:t>
      </w:r>
    </w:p>
    <w:p>
      <w:pPr>
        <w:pStyle w:val="Heading2"/>
      </w:pPr>
      <w:r>
        <w:t>Post 1: Spoken: they can't withdraw</w:t>
      </w:r>
    </w:p>
    <w:p>
      <w:r>
        <w:t>Ad. [On screen: #ad]</w:t>
        <w:br/>
        <w:t>HOOK: This trading company can place trades on my account, and it can't take out a single dollar.</w:t>
        <w:br/>
        <w:t>[On screen: They can trade. They can't withdraw.]</w:t>
        <w:br/>
        <w:t>Here's how. With High Capital Group, you open the account yourself, with a regulated forex broker, and you deposit with the broker.</w:t>
        <w:br/>
        <w:t>[On screen: Your account. Your name.]</w:t>
        <w:br/>
        <w:t>Their head trader's forex trades get copied onto your account automatically. Want your money? You withdraw it from the broker, any time.</w:t>
        <w:br/>
        <w:t>[On screen: Minimum US$1,000]</w:t>
        <w:br/>
        <w:t>Forex is risky, so only use money you can afford to lose. Link in my bio.</w:t>
        <w:br/>
        <w:t>[On screen: Capital at risk. I may earn a referral reward. #ad]</w:t>
      </w:r>
    </w:p>
    <w:p>
      <w:pPr>
        <w:pStyle w:val="Heading2"/>
      </w:pPr>
      <w:r>
        <w:t>Post 2: Spoken: Norman's one condition</w:t>
      </w:r>
    </w:p>
    <w:p>
      <w:r>
        <w:t>Ad. [On screen: #ad]</w:t>
        <w:br/>
        <w:t>HOOK: The trader behind this company agreed to everything on one condition.</w:t>
        <w:br/>
        <w:t>[On screen: One condition.]</w:t>
        <w:br/>
        <w:t>Dan Leman spent years looking for a top trader who'd work for normal investors instead of hedge funds. Then he met Norman Hart. Economics honours degree. Skills behind tens of millions of dollars in investment.</w:t>
        <w:br/>
        <w:t>[On screen: Norman Hart, head trader]</w:t>
        <w:br/>
        <w:t>Norman's condition? All he wanted to do was trade. So Dan runs the company, Norman trades, and you can copy his trades from US$1,000.</w:t>
        <w:br/>
        <w:t>[On screen: Link in bio]</w:t>
        <w:br/>
        <w:t>Forex carries risk. Only invest what you can afford to lose.</w:t>
        <w:br/>
        <w:t>[On screen: Capital at risk. #ad]</w:t>
      </w:r>
    </w:p>
    <w:p>
      <w:pPr>
        <w:pStyle w:val="Heading2"/>
      </w:pPr>
      <w:r>
        <w:t>Post 3: Spoken: you pay when you profit</w:t>
      </w:r>
    </w:p>
    <w:p>
      <w:r>
        <w:t>Ad. [On screen: #ad]</w:t>
        <w:br/>
        <w:t>HOOK: Imagine an investment firm that doesn't get paid a cent until you've made money.</w:t>
        <w:br/>
        <w:t>[On screen: $0 upfront]</w:t>
        <w:br/>
        <w:t>That's how High Capital Group charges. No upfront fees. They take 30% of profits, only after you profit.</w:t>
        <w:br/>
        <w:t>[On screen: 30% of profits, after you profit]</w:t>
        <w:br/>
        <w:t>And if a month goes down, they have to earn that back for you before they can charge again. It's called a high water mark.</w:t>
        <w:br/>
        <w:t>[On screen: High water mark]</w:t>
        <w:br/>
        <w:t>Forex can lose money too, so only invest what you can afford to lose. The details are at the link in my bio.</w:t>
        <w:br/>
        <w:t>[On screen: Capital at risk. I may earn a referral reward. #ad]</w:t>
      </w:r>
    </w:p>
    <w:p>
      <w:pPr>
        <w:pStyle w:val="Heading2"/>
      </w:pPr>
      <w:r>
        <w:t>Post 4: Spoken: check it yourself</w:t>
      </w:r>
    </w:p>
    <w:p>
      <w:r>
        <w:t>Ad. [On screen: #ad]</w:t>
        <w:br/>
        <w:t>HOOK: Don't trust trading screenshots. Do this instead.</w:t>
        <w:br/>
        <w:t>[On screen: Screenshots prove nothing]</w:t>
        <w:br/>
        <w:t>High Capital Group's results are tracked live by a third party called FX Blue. You can open the account page yourself and watch it update.</w:t>
        <w:br/>
        <w:t>[On screen: Verified in real time]</w:t>
        <w:br/>
        <w:t>Their record shows 1 losing quarter out of 33. Their target is 10% a month after fees.</w:t>
        <w:br/>
        <w:t>[On screen: Target 10%/month. 1 of 33 losing quarters]</w:t>
        <w:br/>
        <w:t>Past performance is not a guarantee of future results, and forex carries risk. Link in bio to check it.</w:t>
        <w:br/>
        <w:t>[On screen: Capital at risk. #ad]</w:t>
      </w:r>
    </w:p>
    <w:p>
      <w:pPr>
        <w:pStyle w:val="Heading2"/>
      </w:pPr>
      <w:r>
        <w:t>Post 5: Spoken: I don't know forex</w:t>
      </w:r>
    </w:p>
    <w:p>
      <w:r>
        <w:t>Ad. [On screen: #ad]</w:t>
        <w:br/>
        <w:t>HOOK: I know nothing about forex. Here's how people like me still trade it.</w:t>
        <w:br/>
        <w:t>[On screen: Zero forex knowledge?]</w:t>
        <w:br/>
        <w:t>With copy trading, a professional trades and your account copies every move automatically. High Capital Group's head trader Norman Hart spends hours a day on the charts so clients don't have to.</w:t>
        <w:br/>
        <w:t>[On screen: His trades copy to your account]</w:t>
        <w:br/>
        <w:t>You can even turn the risk up or down for your own account.</w:t>
        <w:br/>
        <w:t>[On screen: Set your own risk level]</w:t>
        <w:br/>
        <w:t>Forex carries real risk, so start with money you can afford to lose. Link in bio.</w:t>
        <w:br/>
        <w:t>[On screen: Capital at risk. I may earn a referral reward. #ad]</w:t>
      </w:r>
    </w:p>
    <w:p>
      <w:r>
        <w:br w:type="page"/>
      </w:r>
    </w:p>
    <w:p>
      <w:pPr>
        <w:pStyle w:val="Heading1"/>
      </w:pPr>
      <w:r>
        <w:t>Social: YouTube community post / description</w:t>
      </w:r>
    </w:p>
    <w:p>
      <w:r>
        <w:t>Tip: Use the description block under any video where you mention copy trading, and the community posts between uploads; tick the paid promotion box when the video talks about it.</w:t>
      </w:r>
    </w:p>
    <w:p>
      <w:pPr>
        <w:pStyle w:val="Heading2"/>
      </w:pPr>
      <w:r>
        <w:t>Post 1: Community post: the footnote</w:t>
      </w:r>
    </w:p>
    <w:p>
      <w:r>
        <w:t>Ad: Quick one for anyone who watched my video on copy trading.</w:t>
      </w:r>
    </w:p>
    <w:p>
      <w:r>
        <w:t>I've been digging into High Capital Group, and the detail that won me over was a footnote. Their performance page states that results before 2018 came from an old legacy system, and the current system's record starts in 2018. Most firms would happily blur that line.</w:t>
      </w:r>
    </w:p>
    <w:p>
      <w:r>
        <w:t>The current figures are verified live by FX Blue: a target of 10% a month after fees, a target maximum drawdown of 15%, and 1 losing quarter out of 33.</w:t>
      </w:r>
    </w:p>
    <w:p>
      <w:r>
        <w:t>See the performance video and the live verification here: https://highcapitalgroup.com/performance/?ref=YOURNAME</w:t>
      </w:r>
    </w:p>
    <w:p>
      <w:r>
        <w:t>Targets only. Past performance is not a guarantee of future results, and forex trading carries risk. Only invest money you can afford to lose.</w:t>
        <w:br/>
        <w:t>Disclosure: I may receive a referral reward from High Capital Group if you become a client through my link. It costs you nothing extra.</w:t>
      </w:r>
    </w:p>
    <w:p>
      <w:pPr>
        <w:pStyle w:val="Heading2"/>
      </w:pPr>
      <w:r>
        <w:t>Post 2: Description block for a video</w:t>
      </w:r>
    </w:p>
    <w:p>
      <w:r>
        <w:t>Ad: Mentioned in this video: High Capital Group, a forex copy-trading service led by head trader Norman Hart.</w:t>
      </w:r>
    </w:p>
    <w:p>
      <w:r>
        <w:t>How it works: you open your own account with a regulated forex broker, deposit there, and their trades are mirrored onto your account automatically. They never have access to withdraw your money. Minimum US$1,000. No upfront fees; they take 30% of profits only after you make money.</w:t>
      </w:r>
    </w:p>
    <w:p>
      <w:r>
        <w:t>Start here: https://highcapitalgroup.com/?ref=YOURNAME</w:t>
        <w:br/>
        <w:t>Past performance and live verification: https://highcapitalgroup.com/performance/?ref=YOURNAME</w:t>
        <w:br/>
        <w:t>Common questions: https://highcapitalgroup.com/faq/?ref=YOURNAME</w:t>
      </w:r>
    </w:p>
    <w:p>
      <w:r>
        <w:t>Target return figures are targets, not promises. Past performance is not a guarantee of future results, and forex trading carries risk. Only invest money you can afford to lose. Nothing here is personal financial advice.</w:t>
        <w:br/>
        <w:t>Disclosure: I may receive a referral reward from High Capital Group if you become a client through my link. It costs you nothing extra.</w:t>
      </w:r>
    </w:p>
    <w:p>
      <w:pPr>
        <w:pStyle w:val="Heading2"/>
      </w:pPr>
      <w:r>
        <w:t>Post 3: Community poll lead-in</w:t>
      </w:r>
    </w:p>
    <w:p>
      <w:r>
        <w:t>Ad: Question for you before my next upload. If you copied a professional's trades, what would you check first?</w:t>
      </w:r>
    </w:p>
    <w:p>
      <w:r>
        <w:t>For me it was custody. With High Capital Group the money sits in your own account at a regulated broker and the firm can't withdraw it. Second was proof: their results are verified in real time by FX Blue. Third was fees, and they take nothing until you have made a profit.</w:t>
      </w:r>
    </w:p>
    <w:p>
      <w:r>
        <w:t>If you want to run your own checks, everything is laid out here: https://highcapitalgroup.com/faq/?ref=YOURNAME</w:t>
      </w:r>
    </w:p>
    <w:p>
      <w:r>
        <w:t>Forex trading carries risk and you can lose money. Only invest money you can afford to lose.</w:t>
        <w:br/>
        <w:t>Disclosure: I may receive a referral reward from High Capital Group if you become a client through my link. It costs you nothing extra.</w:t>
      </w:r>
    </w:p>
    <w:p>
      <w:r>
        <w:br w:type="page"/>
      </w:r>
    </w:p>
    <w:p>
      <w:pPr>
        <w:pStyle w:val="Heading1"/>
      </w:pPr>
      <w:r>
        <w:t>Social: WhatsApp / message to a friend</w:t>
      </w:r>
    </w:p>
    <w:p>
      <w:r>
        <w:t>Tip: Send these one to one to people who have asked you about investing, never to groups or lists, and change the words so they sound exactly like you.</w:t>
      </w:r>
    </w:p>
    <w:p>
      <w:pPr>
        <w:pStyle w:val="Heading2"/>
      </w:pPr>
      <w:r>
        <w:t>Post 1: To a friend who asked about investing</w:t>
      </w:r>
    </w:p>
    <w:p>
      <w:r>
        <w:t>Hey {{FIRST_NAME}}, you asked me the other day about investing beyond the usual stuff. Have a look at High Capital Group when you have ten minutes. It's forex copy trading: you open your own account with a regulated broker, your money stays there in your name, and their head trader's trades copy across automatically. They can't withdraw anything. Minimum is US$1,000 and they only charge 30% of profits after you've made money.</w:t>
      </w:r>
    </w:p>
    <w:p>
      <w:r>
        <w:t>It does carry risk, so only money you could afford to lose. Their FAQ is honest about that: https://highcapitalgroup.com/faq/?ref=YOURNAME</w:t>
      </w:r>
    </w:p>
    <w:p>
      <w:r>
        <w:t>(Full disclosure: that's my referral link, so I may get a reward if you join. Costs you nothing extra.) #ad</w:t>
      </w:r>
    </w:p>
    <w:p>
      <w:pPr>
        <w:pStyle w:val="Heading2"/>
      </w:pPr>
      <w:r>
        <w:t>Post 2: To a busy friend</w:t>
      </w:r>
    </w:p>
    <w:p>
      <w:r>
        <w:t>{{FIRST_NAME}}, I know you've said you'd invest more if you had time to learn it. This one needs no time. High Capital Group's trader does the work and the trades copy into your own broker account by themselves. You can set how aggressive you want it, and pull your money out whenever you want.</w:t>
      </w:r>
    </w:p>
    <w:p>
      <w:r>
        <w:t>Worth a look at the 4 numbers on their page and the live verification: https://highcapitalgroup.com/performance/?ref=YOURNAME</w:t>
      </w:r>
    </w:p>
    <w:p>
      <w:r>
        <w:t>The return figure is a target, past performance is not a guarantee of future results, and forex carries risk.</w:t>
        <w:br/>
        <w:t>(My referral link, I may get a reward. No extra cost to you.) #ad</w:t>
      </w:r>
    </w:p>
    <w:p>
      <w:pPr>
        <w:pStyle w:val="Heading2"/>
      </w:pPr>
      <w:r>
        <w:t>Post 3: To a skeptical friend</w:t>
      </w:r>
    </w:p>
    <w:p>
      <w:r>
        <w:t>{{FIRST_NAME}}, you'll be as suspicious as I was, which is why I'm sending you this one. The part that convinced me to take it seriously: High Capital Group never holds your money. You open the account with a regulated broker yourself and they can only place trades, never withdraw. And they don't get paid until you profit.</w:t>
      </w:r>
    </w:p>
    <w:p>
      <w:r>
        <w:t>Have a read and tell me what you'd poke holes in: https://highcapitalgroup.com/?ref=YOURNAME</w:t>
      </w:r>
    </w:p>
    <w:p>
      <w:r>
        <w:t>Forex carries risk, so only money you can afford to lose.</w:t>
        <w:br/>
        <w:t>(Referral link, I may get a reward if you join. Nothing extra for you.) #ad</w:t>
      </w:r>
    </w:p>
    <w:p>
      <w:r>
        <w:br w:type="page"/>
      </w:r>
    </w:p>
    <w:p>
      <w:pPr>
        <w:pStyle w:val="Heading1"/>
      </w:pPr>
      <w:r>
        <w:t>Hooks</w:t>
      </w:r>
    </w:p>
    <w:p>
      <w:pPr>
        <w:pStyle w:val="Heading2"/>
      </w:pPr>
      <w:r>
        <w:t>1. The 7-figure door</w:t>
      </w:r>
    </w:p>
    <w:p>
      <w:r>
        <w:t>Who it suits: Everyday investors who feel shut out of the good deals; newsletter readers who already know the rich get better access</w:t>
      </w:r>
    </w:p>
    <w:p>
      <w:r>
        <w:t>- Dan Leman was a full-time investor, and for years the best investments he found all wanted multiple 7 figures before they'd talk to him.</w:t>
        <w:br/>
        <w:t>- What do you do when every door worth opening has a seven-figure minimum on it?</w:t>
        <w:br/>
        <w:t>- One investor got so tired of being told he didn't have enough money that he went and found the trader himself.</w:t>
      </w:r>
    </w:p>
    <w:p>
      <w:r>
        <w:t>Opening: For years Dan Leman kept running into the same wall. He invested full time, and yet the best opportunities seemed to need multiple 7 figures just to get in. Most top traders were happy working for hedge funds and institutions, so he spent years looking for one who would work for ordinary investors instead. When he finally found him, the minimum they set was US$1,000.</w:t>
      </w:r>
    </w:p>
    <w:p>
      <w:pPr>
        <w:pStyle w:val="Heading2"/>
      </w:pPr>
      <w:r>
        <w:t>2. Norman's one condition</w:t>
      </w:r>
    </w:p>
    <w:p>
      <w:r>
        <w:t>Who it suits: Story-driven audiences on social and in newsletters; readers who care about who is behind the money</w:t>
      </w:r>
    </w:p>
    <w:p>
      <w:r>
        <w:t>- The trader behind High Capital Group agreed to join on one condition.</w:t>
        <w:br/>
        <w:t>- Norman Hart had an honours degree in economics, a track record behind tens of millions of dollars, and exactly one demand.</w:t>
        <w:br/>
        <w:t>- When Dan Leman finally found his trader, the trader had just 1 condition.</w:t>
      </w:r>
    </w:p>
    <w:p>
      <w:r>
        <w:t>Opening: When Dan Leman met Norman Hart, he had found everything he'd been looking for. Norman held an honours degree in economics, his skills had been responsible for tens of millions of dollars in investment, and companies had paid him hundreds of thousands of dollars just to use software he designed. He also wanted to help people. He had one condition, and it told Dan everything: all he wanted to do was trade.</w:t>
      </w:r>
    </w:p>
    <w:p>
      <w:pPr>
        <w:pStyle w:val="Heading2"/>
      </w:pPr>
      <w:r>
        <w:t>3. Your money never leaves your name</w:t>
      </w:r>
    </w:p>
    <w:p>
      <w:r>
        <w:t>Who it suits: Cautious savers, anyone burned by an online scheme, older readers, spouses who handle the family money</w:t>
      </w:r>
    </w:p>
    <w:p>
      <w:r>
        <w:t>- This trading firm can place trades on your account and can't withdraw a single dollar from it.</w:t>
        <w:br/>
        <w:t>- Before you look at a single number, ask who can move your money. Here the answer is only you.</w:t>
        <w:br/>
        <w:t>- You open the account, it's in your name, and it sits with a regulated broker. The traders never touch it.</w:t>
      </w:r>
    </w:p>
    <w:p>
      <w:r>
        <w:t>Opening: Here is the question I always ask first: who can actually move my money? With High Capital Group you open your own account with a highly reputable, regulated forex broker and deposit there. Their trades are mirrored onto your account automatically, but they have no access to withdraw, and you can take your money out through the broker whenever you like.</w:t>
      </w:r>
    </w:p>
    <w:p>
      <w:pPr>
        <w:pStyle w:val="Heading2"/>
      </w:pPr>
      <w:r>
        <w:t>4. You pay nothing until you profit</w:t>
      </w:r>
    </w:p>
    <w:p>
      <w:r>
        <w:t>Who it suits: Fee-conscious investors, people tired of paying percentages on a balance that isn't growing</w:t>
      </w:r>
    </w:p>
    <w:p>
      <w:r>
        <w:t>- They don't get paid a cent until you've made money.</w:t>
        <w:br/>
        <w:t>- No upfront fees, no monthly management charge, and a high water mark that makes them win back any down month before they charge again.</w:t>
        <w:br/>
        <w:t>- Imagine telling your investment firm: you can have 30% of whatever you make me, and nothing if you don't.</w:t>
      </w:r>
    </w:p>
    <w:p>
      <w:r>
        <w:t>Opening: Most investment products take their cut whether you make money or not. High Capital Group charges no upfront fees and takes 30% of profits, invoiced only after you have made money. It runs on a high water mark, so after a down month they have to recover that loss for you before any new fee is due.</w:t>
      </w:r>
    </w:p>
    <w:p>
      <w:pPr>
        <w:pStyle w:val="Heading2"/>
      </w:pPr>
      <w:r>
        <w:t>5. 1 losing quarter out of 33</w:t>
      </w:r>
    </w:p>
    <w:p>
      <w:r>
        <w:t>Who it suits: Numbers people, experienced investors, readers of trading newsletters</w:t>
      </w:r>
    </w:p>
    <w:p>
      <w:r>
        <w:t>- 33 quarters of forex trading. 1 of them lost money.</w:t>
        <w:br/>
        <w:t>- Over a little more than eight years, Norman Hart's record shows one losing quarter, and you can check it yourself.</w:t>
        <w:br/>
        <w:t>- How many investments do you know with a single losing quarter in 33?</w:t>
      </w:r>
    </w:p>
    <w:p>
      <w:r>
        <w:t>Opening: Thirty-three quarters is a little over eight years. High Capital Group's verified record shows just one losing quarter in that time, and their stated target is a 10% average monthly return after fees. Past performance is not a guarantee of future results, and forex trading carries risk, so only invest money you can afford to lose.</w:t>
      </w:r>
    </w:p>
    <w:p>
      <w:pPr>
        <w:pStyle w:val="Heading2"/>
      </w:pPr>
      <w:r>
        <w:t>6. Check it yourself in real time</w:t>
      </w:r>
    </w:p>
    <w:p>
      <w:r>
        <w:t>Who it suits: Skeptics, anyone who has seen fake screenshots, educators who teach people to verify</w:t>
      </w:r>
    </w:p>
    <w:p>
      <w:r>
        <w:t>- Don't trust trading screenshots. Open the live account and watch it update yourself.</w:t>
        <w:br/>
        <w:t>- Most firms show you a chart. This one sends you to a third party that tracks the account in real time.</w:t>
        <w:br/>
        <w:t>- Before you believe a word I say, click the verification link and look.</w:t>
      </w:r>
    </w:p>
    <w:p>
      <w:r>
        <w:t>Opening: Anyone can post a screenshot. High Capital Group's results are verified in real time by FX Blue, an independent third party, and you can open the account page yourself. Don't be thrown by the name at the top: it still shows Oak Valley Investments, the company's older name.</w:t>
      </w:r>
    </w:p>
    <w:p>
      <w:pPr>
        <w:pStyle w:val="Heading2"/>
      </w:pPr>
      <w:r>
        <w:t>7. Turn the dial on your own risk</w:t>
      </w:r>
    </w:p>
    <w:p>
      <w:r>
        <w:t>Who it suits: Cautious first-timers and more aggressive investors alike; couples who disagree about risk</w:t>
      </w:r>
    </w:p>
    <w:p>
      <w:r>
        <w:t>- You copy the same trades as everyone else, but you decide how hard your account trades them.</w:t>
        <w:br/>
        <w:t>- Like the trading but want it calmer? A few clicks and your account trades less aggressively.</w:t>
        <w:br/>
        <w:t>- The one setting that lets a nervous beginner and a seasoned investor follow the same trader.</w:t>
      </w:r>
    </w:p>
    <w:p>
      <w:r>
        <w:t>Opening: Most people assume copy trading means handing over control. With High Capital Group you set a personalised risk level, so your account can trade more or less aggressively than the head trader's. You can change it, and you can withdraw your money from your broker at any time.</w:t>
      </w:r>
    </w:p>
    <w:p>
      <w:pPr>
        <w:pStyle w:val="Heading2"/>
      </w:pPr>
      <w:r>
        <w:t>8. The legacy-system honesty</w:t>
      </w:r>
    </w:p>
    <w:p>
      <w:r>
        <w:t>Who it suits: Analytical readers, financial planners, people who read the fine print</w:t>
      </w:r>
    </w:p>
    <w:p>
      <w:r>
        <w:t>- The footnote on their performance page is the reason I trust the rest of it.</w:t>
        <w:br/>
        <w:t>- They could have shown you one long track record. They split it in two and told you why.</w:t>
        <w:br/>
        <w:t>- Most firms would bury this line. High Capital Group prints it in capitals.</w:t>
      </w:r>
    </w:p>
    <w:p>
      <w:r>
        <w:t>Opening: On High Capital Group's performance page there is a note in capitals: all results before 2018 came from the old legacy system, and the current system's record runs from 2018 onward. They could have let you assume it was all one system. They chose to tell you, and that made me read every other number on the page more carefully.</w:t>
      </w:r>
    </w:p>
    <w:p>
      <w:pPr>
        <w:pStyle w:val="Heading2"/>
      </w:pPr>
      <w:r>
        <w:t>9. For financial planners diversifying clients</w:t>
      </w:r>
    </w:p>
    <w:p>
      <w:r>
        <w:t>Who it suits: Financial planners and advisers, wealth managers, accountants who are asked about investments</w:t>
      </w:r>
    </w:p>
    <w:p>
      <w:r>
        <w:t>- If your clients already own shares, property and bonds, here's a return stream that behaves differently.</w:t>
        <w:br/>
        <w:t>- The custody question gets answered in one sentence: the client owns the account at a regulated broker.</w:t>
        <w:br/>
        <w:t>- A higher-risk allocation your clients can switch up or down, and withdraw at any time.</w:t>
      </w:r>
    </w:p>
    <w:p>
      <w:r>
        <w:t>Opening: When clients ask about diversification beyond the usual mix, I look for structures I can explain cleanly. High Capital Group is forex copy trading: clients open their own account with a regulated broker, set their own risk level and keep full access to their funds. The firm charges 30% of profits only after the client has made money, and results are verified live by FX Blue. It belongs only in money a client can afford to lose.</w:t>
      </w:r>
    </w:p>
    <w:p>
      <w:pPr>
        <w:pStyle w:val="Heading2"/>
      </w:pPr>
      <w:r>
        <w:t>10. For the new investor with US$1,000</w:t>
      </w:r>
    </w:p>
    <w:p>
      <w:r>
        <w:t>Who it suits: First-time investors, younger savers, people who think investing needs a big sum</w:t>
      </w:r>
    </w:p>
    <w:p>
      <w:r>
        <w:t>- You can start copying a professional forex trader with US$1,000.</w:t>
        <w:br/>
        <w:t>- You don't need to know what a currency pair is to copy someone who trades them every day.</w:t>
        <w:br/>
        <w:t>- If you've been waiting until you had 'enough' to invest, here's what US$1,000 can get you into.</w:t>
      </w:r>
    </w:p>
    <w:p>
      <w:r>
        <w:t>Opening: Investing alongside a professional used to need far more money than most of us have. With High Capital Group the minimum is US$1,000, held in your own account at a regulated broker, and the copy software is free through their link. If you're new, start with money you could afford to lose and watch how it behaves before you think about adding more.</w:t>
      </w:r>
    </w:p>
    <w:p>
      <w:pPr>
        <w:pStyle w:val="Heading2"/>
      </w:pPr>
      <w:r>
        <w:t>11. For the busy professional with no time to trade</w:t>
      </w:r>
    </w:p>
    <w:p>
      <w:r>
        <w:t>Who it suits: Doctors, lawyers, business owners, shift workers, parents, anyone who knows markets matter but has no hours to give them</w:t>
      </w:r>
    </w:p>
    <w:p>
      <w:r>
        <w:t>- Forex runs 24 hours a day, five days a week. You have a job.</w:t>
        <w:br/>
        <w:t>- Someone else spends hours a day on the charts, and the trades land in your account while you're at work.</w:t>
        <w:br/>
        <w:t>- You'll never have time to learn forex properly. You don't need to.</w:t>
      </w:r>
    </w:p>
    <w:p>
      <w:r>
        <w:t>Opening: The forex market opens Monday morning in Australia and doesn't close until Friday in New York. No one with a full-time job can watch that. With High Capital Group, head trader Norman Hart spends hours a day on the charts, and his trades are mirrored into your own broker account automatically, at the risk level you choose.</w:t>
      </w:r>
    </w:p>
    <w:p>
      <w:pPr>
        <w:pStyle w:val="Heading2"/>
      </w:pPr>
      <w:r>
        <w:t>12. Why forex at all</w:t>
      </w:r>
    </w:p>
    <w:p>
      <w:r>
        <w:t>Who it suits: Curious readers, share-market investors, education-led audiences</w:t>
      </w:r>
    </w:p>
    <w:p>
      <w:r>
        <w:t>- The biggest market in the world trades over US$5 trillion a day, and most investors never touch it.</w:t>
        <w:br/>
        <w:t>- In forex you can make money when a currency falls, as well as when it rises.</w:t>
        <w:br/>
        <w:t>- Shares, property, bonds, cash. Ever wondered why currencies are missing from that list?</w:t>
      </w:r>
    </w:p>
    <w:p>
      <w:r>
        <w:t>Opening: Forex, short for foreign exchange, is the buying and selling of currencies in pairs. Because you are always trading one currency against another, you can profit when a currency rises or when it falls. It trades over US$5 trillion a day, which makes it the most liquid market in the world, and it is also risky, which is why who you copy matters so much.</w:t>
      </w:r>
    </w:p>
    <w:p>
      <w:pPr>
        <w:pStyle w:val="Heading2"/>
      </w:pPr>
      <w:r>
        <w:t>13. Skeptic's angle: what I checked before I believed it</w:t>
      </w:r>
    </w:p>
    <w:p>
      <w:r>
        <w:t>Who it suits: Wary audiences, people who have lost money online before, critical newsletter readers</w:t>
      </w:r>
    </w:p>
    <w:p>
      <w:r>
        <w:t>- I went in trying to find the catch. Here's what I checked.</w:t>
        <w:br/>
        <w:t>- I don't recommend trading services. This is the one I made an exception for, and here's why.</w:t>
        <w:br/>
        <w:t>- Four questions I ask any trading firm, and the answers I got from this one.</w:t>
      </w:r>
    </w:p>
    <w:p>
      <w:r>
        <w:t>Opening: I went into High Capital Group looking for the catch. I checked who holds the money (the client's own broker account, which they can't withdraw from), who verifies the results (FX Blue, in real time), how they get paid (30% of profits, only after the client profits) and whether they admit you can lose (their FAQ says yes, plainly). Those answers are why I'm writing this.</w:t>
      </w:r>
    </w:p>
    <w:p>
      <w:pPr>
        <w:pStyle w:val="Heading2"/>
      </w:pPr>
      <w:r>
        <w:t>14. The profit factor explained simply</w:t>
      </w:r>
    </w:p>
    <w:p>
      <w:r>
        <w:t>Who it suits: Numbers-minded readers, trading educators, investors who know returns alone can mislead</w:t>
      </w:r>
    </w:p>
    <w:p>
      <w:r>
        <w:t>- For every $1 the losing trades lost, the winning trades made about $4.99.</w:t>
        <w:br/>
        <w:t>- Forget the monthly return for a second. The number I'd look at first is the profit factor.</w:t>
        <w:br/>
        <w:t>- There's one number traders use to tell skill from luck, and Norman Hart's is 4.99.</w:t>
      </w:r>
    </w:p>
    <w:p>
      <w:r>
        <w:t>Opening: Profit factor is the money made by winning trades divided by the money lost on losing trades. Above 1 means a system makes more than it loses. Norman Hart's verified record shows a profit factor of 4.99, so the winners made roughly five times what the losers gave back. Past performance is not a guarantee of future results, and forex trading carries risk, so only invest money you can afford to lose.</w:t>
      </w:r>
    </w:p>
    <w:p>
      <w:pPr>
        <w:pStyle w:val="Heading2"/>
      </w:pPr>
      <w:r>
        <w:t>15. No martingale, no grid</w:t>
      </w:r>
    </w:p>
    <w:p>
      <w:r>
        <w:t>Who it suits: Experienced forex traders and anyone who has seen an account blown up by a 'too good' strategy</w:t>
      </w:r>
    </w:p>
    <w:p>
      <w:r>
        <w:t>- I asked if they use martingale or grid trading. Their answer was "No, No and absolutely NOT!!!"</w:t>
        <w:br/>
        <w:t>- The fastest way to blow up a forex account is a method this firm refuses to touch.</w:t>
        <w:br/>
        <w:t>- If you've ever watched a smooth equity curve fall off a cliff, read this.</w:t>
      </w:r>
    </w:p>
    <w:p>
      <w:r>
        <w:t>Opening: Martingale and grid strategies look brilliant on a chart right up until they wipe an account out. High Capital Group's FAQ says they are fiercely against them and that you will never see those techniques in their trading. Their stated goal is to keep maximum drawdown below 15%, which tells you how they think about the downside.</w:t>
      </w:r>
    </w:p>
    <w:p>
      <w:pPr>
        <w:pStyle w:val="Heading2"/>
      </w:pPr>
      <w:r>
        <w:t>16. In one investor's words</w:t>
      </w:r>
    </w:p>
    <w:p>
      <w:r>
        <w:t>Who it suits: Relationship-led audiences, readers who value character over charts</w:t>
      </w:r>
    </w:p>
    <w:p>
      <w:r>
        <w:t>- "Norman is very profitable, but more importantly, he is very careful."</w:t>
        <w:br/>
        <w:t>- One investor put the order of priorities exactly right.</w:t>
        <w:br/>
        <w:t>- What would you want an investor to say about the person trading their money?</w:t>
      </w:r>
    </w:p>
    <w:p>
      <w:r>
        <w:t>Opening: One High Capital Group investor, Michael Powell, said it this way: "Norman is very profitable, but more importantly, he is very careful. I've always felt safe with my money in Norman's hands." Careful is the word I'd want too, and it fits a firm that refuses martingale trading and keeps clients' money in their own broker accounts.</w:t>
      </w:r>
    </w:p>
    <w:p>
      <w:r>
        <w:br w:type="page"/>
      </w:r>
    </w:p>
    <w:p>
      <w:pPr>
        <w:pStyle w:val="Heading1"/>
      </w:pPr>
      <w:r>
        <w:t>Short ads</w:t>
      </w:r>
    </w:p>
    <w:p>
      <w:pPr>
        <w:pStyle w:val="Heading2"/>
      </w:pPr>
      <w:r>
        <w:t>Short ad 1</w:t>
      </w:r>
    </w:p>
    <w:p>
      <w:r>
        <w:t>Your money stays in your own account</w:t>
        <w:br/>
        <w:t>Copy a pro forex trader into your own regulated broker account. They can't withdraw a cent. Capital at risk. #ad</w:t>
        <w:br/>
        <w:t>https://highcapitalgroup.com/?ref=YOURNAME</w:t>
      </w:r>
    </w:p>
    <w:p>
      <w:pPr>
        <w:pStyle w:val="Heading2"/>
      </w:pPr>
      <w:r>
        <w:t>Short ad 2</w:t>
      </w:r>
    </w:p>
    <w:p>
      <w:r>
        <w:t>Pay nothing until you profit</w:t>
        <w:br/>
        <w:t>No upfront fees. 30% of profits, only after you make money. Forex copy trading from US$1,000. Capital at risk. #ad</w:t>
        <w:br/>
        <w:t>https://highcapitalgroup.com/faq/?ref=YOURNAME</w:t>
      </w:r>
    </w:p>
    <w:p>
      <w:pPr>
        <w:pStyle w:val="Heading2"/>
      </w:pPr>
      <w:r>
        <w:t>Short ad 3</w:t>
      </w:r>
    </w:p>
    <w:p>
      <w:r>
        <w:t>1 losing quarter out of 33</w:t>
        <w:br/>
        <w:t>Verified live by FX Blue. Target 10% a month after fees. Past results don't promise future ones. Capital at risk. #ad</w:t>
        <w:br/>
        <w:t>https://highcapitalgroup.com/performance/?ref=YOURNAME</w:t>
      </w:r>
    </w:p>
    <w:p>
      <w:pPr>
        <w:pStyle w:val="Heading2"/>
      </w:pPr>
      <w:r>
        <w:t>Short ad 4</w:t>
      </w:r>
    </w:p>
    <w:p>
      <w:r>
        <w:t>Check the results yourself</w:t>
        <w:br/>
        <w:t>A forex record tracked in real time by a third party. Open it and look before you decide. Capital at risk. #ad</w:t>
        <w:br/>
        <w:t>https://highcapitalgroup.com/performance/?ref=YOURNAME</w:t>
      </w:r>
    </w:p>
    <w:p>
      <w:pPr>
        <w:pStyle w:val="Heading2"/>
      </w:pPr>
      <w:r>
        <w:t>Short ad 5</w:t>
      </w:r>
    </w:p>
    <w:p>
      <w:r>
        <w:t>Start copying with US$1,000</w:t>
        <w:br/>
        <w:t>Your account, your name, your broker. A professional's forex trades copy in automatically. Capital at risk. #ad</w:t>
        <w:br/>
        <w:t>https://highcapitalgroup.com/get-started/?ref=YOURNAME</w:t>
      </w:r>
    </w:p>
    <w:p>
      <w:pPr>
        <w:pStyle w:val="Heading2"/>
      </w:pPr>
      <w:r>
        <w:t>Short ad 6</w:t>
      </w:r>
    </w:p>
    <w:p>
      <w:r>
        <w:t>No time to trade forex?</w:t>
        <w:br/>
        <w:t>Norman Hart spends hours a day on the charts. His trades copy to your own account. Capital at risk. #ad</w:t>
        <w:br/>
        <w:t>https://highcapitalgroup.com/?ref=YOURNAME</w:t>
      </w:r>
    </w:p>
    <w:p>
      <w:pPr>
        <w:pStyle w:val="Heading2"/>
      </w:pPr>
      <w:r>
        <w:t>Short ad 7</w:t>
      </w:r>
    </w:p>
    <w:p>
      <w:r>
        <w:t>Set your own risk level</w:t>
        <w:br/>
        <w:t>Copy a pro forex trader, then turn your account's risk up or down in a few clicks. Capital at risk. #ad</w:t>
        <w:br/>
        <w:t>https://highcapitalgroup.com/?ref=YOURNAME</w:t>
      </w:r>
    </w:p>
    <w:p>
      <w:pPr>
        <w:pStyle w:val="Heading2"/>
      </w:pPr>
      <w:r>
        <w:t>Short ad 8</w:t>
      </w:r>
    </w:p>
    <w:p>
      <w:r>
        <w:t>The trader with one condition</w:t>
        <w:br/>
        <w:t>All Norman Hart wanted to do was trade. Read how he and Dan Leman built High Capital Group. Capital at risk. #ad</w:t>
        <w:br/>
        <w:t>https://highcapitalgroup.com/about/?ref=YOURNAME</w:t>
      </w:r>
    </w:p>
    <w:p>
      <w:pPr>
        <w:pStyle w:val="Heading2"/>
      </w:pPr>
      <w:r>
        <w:t>Short ad 9</w:t>
      </w:r>
    </w:p>
    <w:p>
      <w:r>
        <w:t>Shut out by 7-figure minimums?</w:t>
        <w:br/>
        <w:t>One investor found a top trader willing to work for the rest of us. Minimum now US$1,000. Capital at risk. #ad</w:t>
        <w:br/>
        <w:t>https://highcapitalgroup.com/about/?ref=YOURNAME</w:t>
      </w:r>
    </w:p>
    <w:p>
      <w:pPr>
        <w:pStyle w:val="Heading2"/>
      </w:pPr>
      <w:r>
        <w:t>Short ad 10</w:t>
      </w:r>
    </w:p>
    <w:p>
      <w:r>
        <w:t>Profit factor 4.99, verified</w:t>
        <w:br/>
        <w:t>Winners made about $4.99 for each $1 the losers lost. Past performance is not a guide to the future. Capital at risk. #ad</w:t>
        <w:br/>
        <w:t>https://highcapitalgroup.com/performance/?ref=YOURNAME</w:t>
      </w:r>
    </w:p>
    <w:p>
      <w:pPr>
        <w:pStyle w:val="Heading2"/>
      </w:pPr>
      <w:r>
        <w:t>Short ad 11</w:t>
      </w:r>
    </w:p>
    <w:p>
      <w:r>
        <w:t>Forex explained in 3 minutes</w:t>
        <w:br/>
        <w:t>What currency pairs are, and how you can profit when a currency rises or falls. Forex carries risk. #ad</w:t>
        <w:br/>
        <w:t>https://highcapitalgroup.com/whyforex/?ref=YOURNAME</w:t>
      </w:r>
    </w:p>
    <w:p>
      <w:pPr>
        <w:pStyle w:val="Heading2"/>
      </w:pPr>
      <w:r>
        <w:t>Short ad 12</w:t>
      </w:r>
    </w:p>
    <w:p>
      <w:r>
        <w:t>No martingale. No grid. Ever.</w:t>
        <w:br/>
        <w:t>A forex copy-trading firm that refuses the fastest ways to blow up an account. Capital at risk. #ad</w:t>
        <w:br/>
        <w:t>https://highcapitalgroup.com/faq/?ref=YOURNAME</w:t>
      </w:r>
    </w:p>
    <w:p>
      <w:r>
        <w:br w:type="page"/>
      </w:r>
    </w:p>
    <w:p>
      <w:pPr>
        <w:pStyle w:val="Heading1"/>
      </w:pPr>
      <w:r>
        <w:t>Classified ads</w:t>
      </w:r>
    </w:p>
    <w:p>
      <w:pPr>
        <w:pStyle w:val="Heading2"/>
      </w:pPr>
      <w:r>
        <w:t>Classified ad 1</w:t>
      </w:r>
    </w:p>
    <w:p>
      <w:r>
        <w:t>Copy a pro forex trader</w:t>
        <w:br/>
        <w:t>Your money stays in your own account with a regulated broker. Head trader Norman Hart's trades copy in automatically and he can never withdraw. From US$1,000, no upfront fees. Capital at risk. Ad, referral link.</w:t>
        <w:br/>
        <w:t>https://highcapitalgroup.com/?ref=YOURNAME</w:t>
      </w:r>
    </w:p>
    <w:p>
      <w:pPr>
        <w:pStyle w:val="Heading2"/>
      </w:pPr>
      <w:r>
        <w:t>Classified ad 2</w:t>
      </w:r>
    </w:p>
    <w:p>
      <w:r>
        <w:t>Pay only after you profit</w:t>
        <w:br/>
        <w:t>No upfront fees. High Capital Group takes 30% of profits, invoiced after you make money, on a high water mark. Free copy software through their broker. Forex carries risk; invest only what you can afford to lose. Ad.</w:t>
        <w:br/>
        <w:t>https://highcapitalgroup.com/faq/?ref=YOURNAME</w:t>
      </w:r>
    </w:p>
    <w:p>
      <w:pPr>
        <w:pStyle w:val="Heading2"/>
      </w:pPr>
      <w:r>
        <w:t>Classified ad 3</w:t>
      </w:r>
    </w:p>
    <w:p>
      <w:r>
        <w:t>1 losing quarter of 33</w:t>
        <w:br/>
        <w:t>Forex record verified in real time by FX Blue. Target 10% monthly return after fees. Past performance is not a guarantee of future results, and capital is at risk. Check the live account yourself. Ad, referral link.</w:t>
        <w:br/>
        <w:t>https://highcapitalgroup.com/performance/?ref=YOURNAME</w:t>
      </w:r>
    </w:p>
    <w:p>
      <w:pPr>
        <w:pStyle w:val="Heading2"/>
      </w:pPr>
      <w:r>
        <w:t>Classified ad 4</w:t>
      </w:r>
    </w:p>
    <w:p>
      <w:r>
        <w:t>Forex with no time needed</w:t>
        <w:br/>
        <w:t>Busy professionals: a head trader works the charts for hours a day and the trades mirror into your own broker account. Set your own risk level, withdraw any time. Capital at risk. Ad.</w:t>
        <w:br/>
        <w:t>https://highcapitalgroup.com/?ref=YOURNAME</w:t>
      </w:r>
    </w:p>
    <w:p>
      <w:pPr>
        <w:pStyle w:val="Heading2"/>
      </w:pPr>
      <w:r>
        <w:t>Classified ad 5</w:t>
      </w:r>
    </w:p>
    <w:p>
      <w:r>
        <w:t>New investor? Start at $1,000</w:t>
        <w:br/>
        <w:t>Copy experienced forex trades without learning to trade. Your own account, your own regulated broker, free copy software through their link. Forex carries risk; only use money you can afford to lose. Ad.</w:t>
        <w:br/>
        <w:t>https://highcapitalgroup.com/get-started/?ref=YOURNAME</w:t>
      </w:r>
    </w:p>
    <w:p>
      <w:pPr>
        <w:pStyle w:val="Heading2"/>
      </w:pPr>
      <w:r>
        <w:t>Classified ad 6</w:t>
      </w:r>
    </w:p>
    <w:p>
      <w:r>
        <w:t>Financial planners: diversify</w:t>
        <w:br/>
        <w:t>Client-owned accounts at a regulated broker, third-party verified results, fees only on profit. A higher-risk forex allocation clients control themselves. Read the FAQ before you recommend anything. Capital at risk. Ad, referral link.</w:t>
        <w:br/>
        <w:t>https://highcapitalgroup.com/faq/?ref=YOURNAME</w:t>
      </w:r>
    </w:p>
    <w:p>
      <w:pPr>
        <w:pStyle w:val="Heading2"/>
      </w:pPr>
      <w:r>
        <w:t>Classified ad 7</w:t>
      </w:r>
    </w:p>
    <w:p>
      <w:r>
        <w:t>They can't withdraw your money</w:t>
        <w:br/>
        <w:t>High Capital Group can place trades on your account and has no access to withdraw. You deposit with a regulated broker and take money out any time. Forex trading carries risk. Ad, referral link.</w:t>
        <w:br/>
        <w:t>https://highcapitalgroup.com/faq/?ref=YOURNAME</w:t>
      </w:r>
    </w:p>
    <w:p>
      <w:pPr>
        <w:pStyle w:val="Heading2"/>
      </w:pPr>
      <w:r>
        <w:t>Classified ad 8</w:t>
      </w:r>
    </w:p>
    <w:p>
      <w:r>
        <w:t>No martingale. No grid.</w:t>
        <w:br/>
        <w:t>A forex copy-trading service that calls those methods the fastest way to blow up an account and refuses them outright. Target maximum drawdown 15%. Capital at risk; past performance is no promise. Ad.</w:t>
        <w:br/>
        <w:t>https://highcapitalgroup.com/faq/?ref=YOURNAME</w:t>
      </w:r>
    </w:p>
    <w:p>
      <w:pPr>
        <w:pStyle w:val="Heading2"/>
      </w:pPr>
      <w:r>
        <w:t>Classified ad 9</w:t>
      </w:r>
    </w:p>
    <w:p>
      <w:r>
        <w:t>Turn your own risk dial</w:t>
        <w:br/>
        <w:t>Copy head trader Norman Hart's forex trades and choose whether your account trades more or less aggressively. Change it in a few clicks. Money stays in your name. Capital at risk. Ad, referral link.</w:t>
        <w:br/>
        <w:t>https://highcapitalgroup.com/?ref=YOURNAME</w:t>
      </w:r>
    </w:p>
    <w:p>
      <w:pPr>
        <w:pStyle w:val="Heading2"/>
      </w:pPr>
      <w:r>
        <w:t>Classified ad 10</w:t>
      </w:r>
    </w:p>
    <w:p>
      <w:r>
        <w:t>Why forex? A plain 101</w:t>
        <w:br/>
        <w:t>Currencies trade in pairs, so you can profit when one rises or falls, in a market trading over US$5 trillion a day. Read the short explainer, then decide. Forex carries risk. Ad, referral link.</w:t>
        <w:br/>
        <w:t>https://highcapitalgroup.com/whyforex/?ref=YOURNAME</w:t>
      </w:r>
    </w:p>
    <w:p>
      <w:r>
        <w:br w:type="page"/>
      </w:r>
    </w:p>
    <w:p>
      <w:pPr>
        <w:pStyle w:val="Heading1"/>
      </w:pPr>
      <w:r>
        <w:t>Solo ads</w:t>
      </w:r>
    </w:p>
    <w:p>
      <w:pPr>
        <w:pStyle w:val="Heading2"/>
      </w:pPr>
      <w:r>
        <w:t>Solo ad 1</w:t>
      </w:r>
    </w:p>
    <w:p>
      <w:r>
        <w:t>Subject lines:</w:t>
        <w:br/>
        <w:t>- The door that wanted 7 figures</w:t>
        <w:br/>
        <w:t>- {{FIRST_NAME}}, he got tired of being told he didn't have enough</w:t>
        <w:br/>
        <w:t>- Why one investor went and found the trader himself</w:t>
      </w:r>
    </w:p>
    <w:p>
      <w:r>
        <w:t>Hi {{FIRST_NAME}},</w:t>
      </w:r>
    </w:p>
    <w:p>
      <w:r>
        <w:t>For years a full-time investor called Dan Leman kept running into the same wall. Every investment that looked genuinely good seemed to want multiple 7 figures before anyone would talk to him.</w:t>
      </w:r>
    </w:p>
    <w:p>
      <w:r>
        <w:t>Most people would shrug and settle for whatever the bank offers. Dan decided to fix it, for himself and for investors like him. That meant finding a top trader who would work for ordinary people, which turned out to be hard, because most of them were happy trading for hedge funds and big institutions. It took him many years.</w:t>
      </w:r>
    </w:p>
    <w:p>
      <w:r>
        <w:t>Then he met Norman Hart. Norman has an honours degree in economics, his skills have been responsible for tens of millions of dollars in investment, and companies paid him hundreds of thousands of dollars just to use software he designed. He also had one condition, which you'll read about on their About page.</w:t>
      </w:r>
    </w:p>
    <w:p>
      <w:r>
        <w:t>Together they built High Capital Group. Here's how it works. You open your own account with a highly reputable, regulated forex broker and deposit there. Norman's trades are mirrored onto your account automatically. High Capital Group can place trades, and it has no access to withdraw your money, which you can take out through the broker any time. You can even set your own risk level.</w:t>
      </w:r>
    </w:p>
    <w:p>
      <w:r>
        <w:t>The minimum is US$1,000. There are no upfront fees. They take 30% of profits, and only after you have made money.</w:t>
      </w:r>
    </w:p>
    <w:p>
      <w:r>
        <w:t>Read Dan and Norman's story here:</w:t>
        <w:br/>
        <w:t>https://highcapitalgroup.com/about/?ref=YOURNAME</w:t>
      </w:r>
    </w:p>
    <w:p>
      <w:r>
        <w:t>Forex trading carries risk and you can lose money. Only invest money you can afford to lose. Nothing in this email is personal financial advice.</w:t>
      </w:r>
    </w:p>
    <w:p>
      <w:r>
        <w:t>{{YOUR_NAME}}</w:t>
      </w:r>
    </w:p>
    <w:p>
      <w:r>
        <w:t>Disclosure: I may receive a referral reward from High Capital Group if you become a client through my link. It costs you nothing extra.</w:t>
      </w:r>
    </w:p>
    <w:p>
      <w:pPr>
        <w:pStyle w:val="Heading2"/>
      </w:pPr>
      <w:r>
        <w:t>Solo ad 2</w:t>
      </w:r>
    </w:p>
    <w:p>
      <w:r>
        <w:t>Subject lines:</w:t>
        <w:br/>
        <w:t>- Before you believe me, click this</w:t>
        <w:br/>
        <w:t>- The trading record you can check on your phone</w:t>
        <w:br/>
        <w:t>- {{FIRST_NAME}}, I went looking for the catch</w:t>
      </w:r>
    </w:p>
    <w:p>
      <w:r>
        <w:t>Hi {{FIRST_NAME}},</w:t>
      </w:r>
    </w:p>
    <w:p>
      <w:r>
        <w:t>I get sent trading offers every week, and almost all of them show a screenshot and ask for trust. I don't give it, and I don't think you should either.</w:t>
      </w:r>
    </w:p>
    <w:p>
      <w:r>
        <w:t>So when I looked at High Capital Group, I went looking for the catch. Four things stood out.</w:t>
      </w:r>
    </w:p>
    <w:p>
      <w:r>
        <w:t>First, their results are verified in real time by FX Blue, an independent third party. You can open the live account yourself. It still carries the company's older name, Oak Valley Investments, so don't let that throw you.</w:t>
      </w:r>
    </w:p>
    <w:p>
      <w:r>
        <w:t>Second, the record shows 1 losing quarter out of 33 and a profit factor of 4.99, which means the winning trades made roughly five times what the losing trades lost. Their target is a 10% average monthly return after fees, with a target maximum drawdown of 15%.</w:t>
      </w:r>
    </w:p>
    <w:p>
      <w:r>
        <w:t>Third, they tell you something most firms would hide: results before 2018 came from an old legacy system, and the current system's record starts in 2018.</w:t>
      </w:r>
    </w:p>
    <w:p>
      <w:r>
        <w:t>Fourth, they never hold your money. It stays in your own account at a regulated broker, and they only get paid, 30% of profits, after you have made some.</w:t>
      </w:r>
    </w:p>
    <w:p>
      <w:r>
        <w:t>Watch the performance video and open the verification here:</w:t>
        <w:br/>
        <w:t>https://highcapitalgroup.com/performance/?ref=YOURNAME</w:t>
      </w:r>
    </w:p>
    <w:p>
      <w:r>
        <w:t>Those return figures are targets, not promises. Past performance is not a guarantee of future results, forex trading carries risk, and you should only invest money you can afford to lose.</w:t>
      </w:r>
    </w:p>
    <w:p>
      <w:r>
        <w:t>{{YOUR_NAME}}</w:t>
      </w:r>
    </w:p>
    <w:p>
      <w:r>
        <w:t>Disclosure: I may receive a referral reward from High Capital Group if you become a client through my link. It costs you nothing extra.</w:t>
      </w:r>
    </w:p>
    <w:p>
      <w:pPr>
        <w:pStyle w:val="Heading2"/>
      </w:pPr>
      <w:r>
        <w:t>Solo ad 3</w:t>
      </w:r>
    </w:p>
    <w:p>
      <w:r>
        <w:t>Subject lines:</w:t>
        <w:br/>
        <w:t>- You'll never have time to trade forex</w:t>
        <w:br/>
        <w:t>- Hours a day on the charts (someone else's hours)</w:t>
        <w:br/>
        <w:t>- {{FIRST_NAME}}, the market that never sleeps</w:t>
      </w:r>
    </w:p>
    <w:p>
      <w:r>
        <w:t>Hi {{FIRST_NAME}},</w:t>
      </w:r>
    </w:p>
    <w:p>
      <w:r>
        <w:t>The forex market opens on Monday morning in Australia and doesn't stop until markets close in New York on Friday. It's the biggest market on earth, with over US$5 trillion changing hands every day.</w:t>
      </w:r>
    </w:p>
    <w:p>
      <w:r>
        <w:t>You have a job, a family and about four free minutes a day. Learning to trade that market yourself was never going to happen.</w:t>
      </w:r>
    </w:p>
    <w:p>
      <w:r>
        <w:t>Copy trading is the workaround. A professional does the trading and your account mirrors every trade automatically. The professional I'd point you to is Norman Hart, head trader at High Capital Group, who spends hours a day on the charts so his clients don't have to.</w:t>
      </w:r>
    </w:p>
    <w:p>
      <w:r>
        <w:t>You stay in control. The account is yours, opened with a highly reputable, regulated broker, and they can't withdraw from it. You can set your own risk level so your account trades more or less aggressively, and you can take your money out any time. The minimum is US$1,000, the copy software is free through their link, and the only fee is 30% of profits after you have made money.</w:t>
      </w:r>
    </w:p>
    <w:p>
      <w:r>
        <w:t>If you've never traded a thing, their forex 101 page explains it in plain English:</w:t>
        <w:br/>
        <w:t>https://highcapitalgroup.com/whyforex/?ref=YOURNAME</w:t>
      </w:r>
    </w:p>
    <w:p>
      <w:r>
        <w:t>And when you're ready to see how to start:</w:t>
        <w:br/>
        <w:t>https://highcapitalgroup.com/get-started/?ref=YOURNAME</w:t>
      </w:r>
    </w:p>
    <w:p>
      <w:r>
        <w:t>Forex trading carries risk, and losses are possible. Only invest money you can afford to lose.</w:t>
      </w:r>
    </w:p>
    <w:p>
      <w:r>
        <w:t>{{YOUR_NAME}}</w:t>
      </w:r>
    </w:p>
    <w:p>
      <w:r>
        <w:t>Disclosure: I may receive a referral reward from High Capital Group if you become a client through my link. It costs you nothing extra.</w:t>
      </w:r>
    </w:p>
    <w:p>
      <w:r>
        <w:br w:type="page"/>
      </w:r>
    </w:p>
    <w:p>
      <w:pPr>
        <w:pStyle w:val="Heading1"/>
      </w:pPr>
      <w:r>
        <w:t>Native ads</w:t>
      </w:r>
    </w:p>
    <w:p>
      <w:pPr>
        <w:pStyle w:val="Heading2"/>
      </w:pPr>
      <w:r>
        <w:t>Native ad 1</w:t>
      </w:r>
    </w:p>
    <w:p>
      <w:r>
        <w:t>Why one investor spent years hunting for a trader who'd work for the rest of us</w:t>
        <w:br/>
        <w:t>Dan Leman kept hitting the 7-figure minimums. His answer was High Capital Group, where you copy Norman Hart's forex trades into your own account from US$1,000. Forex carries risk. Sponsored, referral link.</w:t>
      </w:r>
    </w:p>
    <w:p>
      <w:pPr>
        <w:pStyle w:val="Heading2"/>
      </w:pPr>
      <w:r>
        <w:t>Native ad 2</w:t>
      </w:r>
    </w:p>
    <w:p>
      <w:r>
        <w:t>The trading firm that can't withdraw a single dollar from its clients' accounts</w:t>
        <w:br/>
        <w:t>Your money stays in your own regulated broker account. High Capital Group's trades copy in, and only you can take money out. Capital at risk. Sponsored, referral link.</w:t>
      </w:r>
    </w:p>
    <w:p>
      <w:pPr>
        <w:pStyle w:val="Heading2"/>
      </w:pPr>
      <w:r>
        <w:t>Native ad 3</w:t>
      </w:r>
    </w:p>
    <w:p>
      <w:r>
        <w:t>1 losing quarter in 33: the forex record you can check yourself</w:t>
        <w:br/>
        <w:t>Verified in real time by FX Blue. Target 10% a month after fees. Past performance is not a guarantee of future results, and capital is at risk. Sponsored, referral link.</w:t>
      </w:r>
    </w:p>
    <w:p>
      <w:pPr>
        <w:pStyle w:val="Heading2"/>
      </w:pPr>
      <w:r>
        <w:t>Native ad 4</w:t>
      </w:r>
    </w:p>
    <w:p>
      <w:r>
        <w:t>A forex trader who only gets paid after his clients profit</w:t>
        <w:br/>
        <w:t>No upfront fees. 30% of profits, invoiced only after you make money, on a high water mark. Forex trading carries risk. Sponsored, referral link.</w:t>
      </w:r>
    </w:p>
    <w:p>
      <w:pPr>
        <w:pStyle w:val="Heading2"/>
      </w:pPr>
      <w:r>
        <w:t>Native ad 5</w:t>
      </w:r>
    </w:p>
    <w:p>
      <w:r>
        <w:t>Too busy to trade? How professionals copy a full-time forex trader</w:t>
        <w:br/>
        <w:t>Head trader Norman Hart works the charts for hours a day; his trades mirror into your own broker account at the risk level you choose. Capital at risk. Sponsored, referral link.</w:t>
      </w:r>
    </w:p>
    <w:p>
      <w:r>
        <w:br w:type="page"/>
      </w:r>
    </w:p>
    <w:p>
      <w:pPr>
        <w:pStyle w:val="Heading1"/>
      </w:pPr>
      <w:r>
        <w:t>Review template</w:t>
      </w:r>
    </w:p>
    <w:p>
      <w:pPr>
        <w:pStyle w:val="Heading2"/>
      </w:pPr>
      <w:r>
        <w:t>Why I looked at High Capital Group</w:t>
      </w:r>
    </w:p>
    <w:p>
      <w:r>
        <w:t>Disclosure: I may receive a referral reward from High Capital Group if you become a client through my link. It costs you nothing extra.</w:t>
      </w:r>
    </w:p>
    <w:p>
      <w:r>
        <w:t>I looked at High Capital Group because [your reason, for example: readers asked me about it, or you copy-traded elsewhere before]. It is a forex copy trading service, formerly known as Oak Valley Investments, and I wanted to see what it offers and where its limits are. This review covers what I found on the company's site, and I say clearly where it does not give detail.</w:t>
      </w:r>
    </w:p>
    <w:p>
      <w:r>
        <w:t>[Your edit: [Add one or two sentences on why you are writing this and your own background with investing. Say honestly how well you know the service: whether you are a client, for how long and with how much, or whether this is research only.]]</w:t>
      </w:r>
    </w:p>
    <w:p>
      <w:pPr>
        <w:pStyle w:val="Heading2"/>
      </w:pPr>
      <w:r>
        <w:t>What it is</w:t>
      </w:r>
    </w:p>
    <w:p>
      <w:r>
        <w:t>High Capital Group offers forex copy trading. Head trader Norman Hart places the trades, and they are mirrored automatically on your own account with a regulated forex broker. The company was founded by Dan Leman, a former full time investor, and Norman, who has an honours degree in economics. Its stated mission is to bring otherwise unavailable, high return investment opportunities to the retail investor. Their story is on the About page (https://highcapitalgroup.com/about/?ref=YOURNAME).</w:t>
      </w:r>
    </w:p>
    <w:p>
      <w:r>
        <w:t>[Your edit: [Optional: add your impression of the founders' story and the video on the home page.]]</w:t>
      </w:r>
    </w:p>
    <w:p>
      <w:pPr>
        <w:pStyle w:val="Heading2"/>
      </w:pPr>
      <w:r>
        <w:t>Who it may suit, and who it does not</w:t>
      </w:r>
    </w:p>
    <w:p>
      <w:r>
        <w:t>The company says it may suit high net worth individuals looking to diversify, professional investors, financial planners and new investors who want to enter the market.</w:t>
      </w:r>
    </w:p>
    <w:p>
      <w:r>
        <w:t>It does not suit people who cannot afford to lose the money they would put in, because this is an investment and it can lose money. It does not suit anyone who needs a promised result, because no forex service can give one. And it does not suit people who want to place their own trades, because with copy trading the lead trader makes the decisions.</w:t>
      </w:r>
    </w:p>
    <w:p>
      <w:r>
        <w:t>[Your edit: [Say which group you think you belong to, and which of your readers might fit. Add anything of your own about who should walk away.]]</w:t>
      </w:r>
    </w:p>
    <w:p>
      <w:pPr>
        <w:pStyle w:val="Heading2"/>
      </w:pPr>
      <w:r>
        <w:t>How it works, step by step</w:t>
      </w:r>
    </w:p>
    <w:p>
      <w:r>
        <w:t>- You pick your region on the Get Started page (https://highcapitalgroup.com/get-started/?ref=YOURNAME), which shows the broker available to you.</w:t>
        <w:br/>
        <w:t>- You open your own account with that highly reputable, regulated forex broker.</w:t>
        <w:br/>
        <w:t>- You deposit your money with the broker. High Capital Group does not hold client funds and has no access to withdraw them.</w:t>
        <w:br/>
        <w:t>- You set up the copy software so the head trader's trades are mirrored on your account automatically.</w:t>
        <w:br/>
        <w:t>- You choose a personalised risk level, so your account trades more or less aggressively, and you can change it later.</w:t>
        <w:br/>
        <w:t>- You can access your money at any time through the broker.</w:t>
      </w:r>
    </w:p>
    <w:p>
      <w:r>
        <w:t>[Your edit: [If you have done the setup yourself, describe how long it took and which step you found fiddly. If you have not, say that this description comes from the website.]]</w:t>
      </w:r>
    </w:p>
    <w:p>
      <w:pPr>
        <w:pStyle w:val="Heading2"/>
      </w:pPr>
      <w:r>
        <w:t>The numbers, with the legacy note</w:t>
      </w:r>
    </w:p>
    <w:p>
      <w:r>
        <w:t>The company publishes a target of a 10% average monthly return after fees and a target of keeping maximum drawdown below 15.0%. It reports one losing quarter out of 33 and a profit factor of 4.99. All results before 2018 came from the old legacy system, and the current system's record begins in 2018.</w:t>
      </w:r>
    </w:p>
    <w:p>
      <w:r>
        <w:t>The results are verified in real time by a third party, FX Blue, and you can check them on the Past Performance page (https://highcapitalgroup.com/performance/?ref=YOURNAME). Past performance is not a guarantee of future results, and a target is not a promise.</w:t>
      </w:r>
    </w:p>
    <w:p>
      <w:r>
        <w:t>[Your edit: [Add what you noticed when you looked at the verified account yourself. Do not add any figure that is not on the company's site, and keep the word target next to every return number.]]</w:t>
      </w:r>
    </w:p>
    <w:p>
      <w:pPr>
        <w:pStyle w:val="Heading2"/>
      </w:pPr>
      <w:r>
        <w:t>What it costs</w:t>
      </w:r>
    </w:p>
    <w:p>
      <w:r>
        <w:t>The fee is 30% of profits, payable only after you make money and calculated on a high water mark, with no upfront fees. As the company's example shows: invest US$5,000, make US$1,000 and pay US$300; lose US$200 the next month and pay nothing; make US$1,000 the month after, and the fee applies to US$800, which is US$240. The copy software normally costs US$19 a month, and the recommended broker covers that for life if you sign up through the company's link. The minimum investment is US$1,000.</w:t>
      </w:r>
    </w:p>
    <w:p>
      <w:r>
        <w:t>[Your edit: [Add how you feel about a 30% performance fee compared with other services you know. Keep it fair and keep it to what you can support.]]</w:t>
      </w:r>
    </w:p>
    <w:p>
      <w:pPr>
        <w:pStyle w:val="Heading2"/>
      </w:pPr>
      <w:r>
        <w:t>What I like</w:t>
      </w:r>
    </w:p>
    <w:p>
      <w:r>
        <w:t>- Your money is held by a regulated broker in your own account, and the company cannot withdraw it.</w:t>
        <w:br/>
        <w:t>- The fee is charged only on profit, above a high water mark, and there is nothing upfront.</w:t>
        <w:br/>
        <w:t>- The record is verified by a third party and you can look at it yourself.</w:t>
        <w:br/>
        <w:t>- You can set your own risk level and access your money at any time.</w:t>
        <w:br/>
        <w:t>- The company states that it does not use martingale, grid or hedging techniques.</w:t>
      </w:r>
    </w:p>
    <w:p>
      <w:r>
        <w:t>[Your edit: [Keep the points you agree with, delete the ones you do not, and add your own. Only claim what you have seen or can point to on the site.]]</w:t>
      </w:r>
    </w:p>
    <w:p>
      <w:pPr>
        <w:pStyle w:val="Heading2"/>
      </w:pPr>
      <w:r>
        <w:t>The honest limitations</w:t>
      </w:r>
    </w:p>
    <w:p>
      <w:r>
        <w:t>- It is still an investment, and you can lose money. The company says so in its own FAQ.</w:t>
        <w:br/>
        <w:t>- The minimum is US$1,000, which is a real amount of money for many people.</w:t>
        <w:br/>
        <w:t>- The account needs leverage of at least 30:1, which can magnify losses as well as gains.</w:t>
        <w:br/>
        <w:t>- You do not choose the trades, so you rely on someone else's decisions.</w:t>
        <w:br/>
        <w:t>- Return figures are targets. Past performance is not a guarantee of future results.</w:t>
        <w:br/>
        <w:t>- Results before 2018 came from the old legacy system, so the current system's history is shorter than the full record.</w:t>
        <w:br/>
        <w:t>- The company publishes few details beyond its own site, so if you have a question the site does not answer, email support@highcapitalgroup.com and ask before you invest.</w:t>
      </w:r>
    </w:p>
    <w:p>
      <w:r>
        <w:t>[Your edit: [Add any limitation you found yourself, for example anything that confused you or that you could not find on the site. If you emailed a question, say what you asked and how fast and clearly they replied.]]</w:t>
      </w:r>
    </w:p>
    <w:p>
      <w:pPr>
        <w:pStyle w:val="Heading2"/>
      </w:pPr>
      <w:r>
        <w:t>How to check the record yourself</w:t>
      </w:r>
    </w:p>
    <w:p>
      <w:r>
        <w:t>Do not take my word or anyone else's. Open the verified account from the Past Performance page (https://highcapitalgroup.com/performance/?ref=YOURNAME) and look at four things: the maximum drawdown compared with the 15.0% target, the profit factor, the losing quarters, and which period came from the legacy system and which from the current one. Turn the drawdown into money for the amount you would deposit, and ask yourself whether you could watch that fall without panicking.</w:t>
      </w:r>
    </w:p>
    <w:p>
      <w:r>
        <w:t>[Your edit: [Say what you found when you looked, in your own words, and what you would want a reader to look at first.]]</w:t>
      </w:r>
    </w:p>
    <w:p>
      <w:pPr>
        <w:pStyle w:val="Heading2"/>
      </w:pPr>
      <w:r>
        <w:t>My verdict</w:t>
      </w:r>
    </w:p>
    <w:p>
      <w:r>
        <w:t>[Your verdict in two or three sentences, for example: I think High Capital Group is worth a closer look for readers who ...]</w:t>
      </w:r>
    </w:p>
    <w:p>
      <w:r>
        <w:t>[Say who you would suggest reads the FAQ first and who should probably leave it alone.]</w:t>
      </w:r>
    </w:p>
    <w:p>
      <w:r>
        <w:t>[State plainly whether you are a client, and how long you have been one, if that is true.]</w:t>
      </w:r>
    </w:p>
    <w:p>
      <w:r>
        <w:t>If you want to look further, the FAQ page (https://highcapitalgroup.com/faq/?ref=YOURNAME) answers most questions, and you can start from the home page (https://highcapitalgroup.com/?ref=YOURNAME).</w:t>
      </w:r>
    </w:p>
    <w:p>
      <w:r>
        <w:t>[Your edit: [This section is entirely yours. Write only what you believe and can stand behind. Do not give personal financial advice, and do not tell readers they should invest.]]</w:t>
      </w:r>
    </w:p>
    <w:p>
      <w:pPr>
        <w:pStyle w:val="Heading2"/>
      </w:pPr>
      <w:r>
        <w:t>Disclosure and risk</w:t>
      </w:r>
    </w:p>
    <w:p>
      <w:r>
        <w:t>Disclosure: I may receive a referral reward from High Capital Group if you become a client through my link. It costs you nothing extra.</w:t>
      </w:r>
    </w:p>
    <w:p>
      <w:r>
        <w:t>Risk warning: past performance is not a guarantee of future results. Forex trading carries risk and you can lose money. Only invest money you can afford to lose. Client money is held by a regulated broker in the client's own account.</w:t>
      </w:r>
    </w:p>
    <w:p>
      <w:r>
        <w:t>[Your edit: [Keep both paragraphs unchanged and place the disclosure near the top of your published review as well as here.]]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